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3DDA8C" w14:textId="3661FD15" w:rsidR="0057541B" w:rsidRPr="00A714B8" w:rsidRDefault="000A1F87" w:rsidP="00CC6E65">
      <w:pPr>
        <w:spacing w:after="20"/>
        <w:jc w:val="center"/>
        <w:rPr>
          <w:rFonts w:ascii="Meiryo UI" w:eastAsia="Meiryo UI" w:hAnsi="Meiryo UI"/>
          <w:sz w:val="21"/>
          <w:szCs w:val="21"/>
          <w:lang w:eastAsia="ja-JP"/>
        </w:rPr>
      </w:pPr>
      <w:r w:rsidRPr="00165FB6">
        <w:rPr>
          <w:rFonts w:ascii="Meiryo UI" w:eastAsia="Meiryo UI" w:hAnsi="Meiryo UI"/>
          <w:b/>
          <w:noProof/>
          <w:color w:val="2E6685"/>
          <w:sz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0F417C4" wp14:editId="5A6E45D4">
                <wp:simplePos x="0" y="0"/>
                <wp:positionH relativeFrom="column">
                  <wp:posOffset>-13335</wp:posOffset>
                </wp:positionH>
                <wp:positionV relativeFrom="paragraph">
                  <wp:posOffset>-51435</wp:posOffset>
                </wp:positionV>
                <wp:extent cx="1009650" cy="317500"/>
                <wp:effectExtent l="57150" t="19050" r="76200" b="101600"/>
                <wp:wrapNone/>
                <wp:docPr id="2057635156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9650" cy="3175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6CAFC28" id="正方形/長方形 1" o:spid="_x0000_s1026" style="position:absolute;margin-left:-1.05pt;margin-top:-4.05pt;width:79.5pt;height:25pt;z-index: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" filled="f" strokecolor="black [3213]" strokeweight="1pt">
                <v:shadow on="t" color="black" opacity="22937f" origin=",.5" offset="0,.63889mm"/>
              </v:rect>
            </w:pict>
          </mc:Fallback>
        </mc:AlternateContent>
      </w:r>
      <w:r w:rsidRPr="00165FB6">
        <w:rPr>
          <w:rFonts w:ascii="Meiryo UI" w:eastAsia="Meiryo UI" w:hAnsi="Meiryo UI"/>
          <w:b/>
          <w:noProof/>
          <w:color w:val="2E6685"/>
          <w:sz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C587056" wp14:editId="6836F02F">
                <wp:simplePos x="0" y="0"/>
                <wp:positionH relativeFrom="column">
                  <wp:posOffset>1243330</wp:posOffset>
                </wp:positionH>
                <wp:positionV relativeFrom="paragraph">
                  <wp:posOffset>-51435</wp:posOffset>
                </wp:positionV>
                <wp:extent cx="1676400" cy="317500"/>
                <wp:effectExtent l="57150" t="19050" r="76200" b="101600"/>
                <wp:wrapNone/>
                <wp:docPr id="1590660185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0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CCE26A1" id="正方形/長方形 1" o:spid="_x0000_s1026" style="position:absolute;margin-left:97.9pt;margin-top:-4.05pt;width:132pt;height:25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" filled="f" strokecolor="windowText" strokeweight="1pt">
                <v:shadow on="t" color="black" opacity="22937f" origin=",.5" offset="0,.63889mm"/>
              </v:rect>
            </w:pict>
          </mc:Fallback>
        </mc:AlternateContent>
      </w:r>
      <w:r w:rsidR="00C7703B">
        <w:rPr>
          <w:rFonts w:ascii="Meiryo UI" w:eastAsia="Meiryo UI" w:hAnsi="Meiryo UI" w:hint="eastAsia"/>
          <w:b/>
          <w:color w:val="2E6685"/>
          <w:sz w:val="22"/>
          <w:lang w:eastAsia="ja-JP"/>
        </w:rPr>
        <w:t xml:space="preserve">　</w:t>
      </w:r>
      <w:r w:rsidR="0033080D" w:rsidRPr="00165FB6">
        <w:rPr>
          <w:rFonts w:ascii="Meiryo UI" w:eastAsia="Meiryo UI" w:hAnsi="Meiryo UI"/>
          <w:b/>
          <w:color w:val="2E6685"/>
          <w:sz w:val="22"/>
          <w:lang w:eastAsia="ja-JP"/>
        </w:rPr>
        <w:t>FAX</w:t>
      </w:r>
      <w:r w:rsidR="0033080D" w:rsidRPr="00165FB6">
        <w:rPr>
          <w:rFonts w:ascii="Meiryo UI" w:eastAsia="Meiryo UI" w:hAnsi="Meiryo UI"/>
          <w:b/>
          <w:color w:val="2E6685"/>
          <w:sz w:val="22"/>
          <w:lang w:eastAsia="ja-JP"/>
        </w:rPr>
        <w:t>送信用</w:t>
      </w:r>
      <w:r w:rsidR="00C7703B">
        <w:rPr>
          <w:rFonts w:ascii="Meiryo UI" w:eastAsia="Meiryo UI" w:hAnsi="Meiryo UI" w:hint="eastAsia"/>
          <w:b/>
          <w:color w:val="2E6685"/>
          <w:sz w:val="22"/>
          <w:lang w:eastAsia="ja-JP"/>
        </w:rPr>
        <w:t xml:space="preserve">　　　</w:t>
      </w:r>
      <w:r w:rsidR="0033080D" w:rsidRPr="00A714B8">
        <w:rPr>
          <w:rFonts w:ascii="Meiryo UI" w:eastAsia="Meiryo UI" w:hAnsi="Meiryo UI"/>
          <w:b/>
          <w:color w:val="2E6685"/>
          <w:sz w:val="21"/>
          <w:szCs w:val="21"/>
          <w:lang w:eastAsia="ja-JP"/>
        </w:rPr>
        <w:t xml:space="preserve">　</w:t>
      </w:r>
      <w:r w:rsidR="00A714B8">
        <w:rPr>
          <w:rFonts w:ascii="Meiryo UI" w:eastAsia="Meiryo UI" w:hAnsi="Meiryo UI" w:hint="eastAsia"/>
          <w:b/>
          <w:color w:val="2E6685"/>
          <w:sz w:val="21"/>
          <w:szCs w:val="21"/>
          <w:lang w:eastAsia="ja-JP"/>
        </w:rPr>
        <w:t xml:space="preserve">  </w:t>
      </w:r>
      <w:r w:rsidR="00257B5B" w:rsidRPr="00257B5B">
        <w:rPr>
          <w:rFonts w:ascii="Meiryo UI" w:eastAsia="Meiryo UI" w:hAnsi="Meiryo UI" w:hint="eastAsia"/>
          <w:b/>
          <w:color w:val="2E6685"/>
          <w:sz w:val="22"/>
          <w:lang w:eastAsia="ja-JP"/>
        </w:rPr>
        <w:t>！</w:t>
      </w:r>
      <w:r w:rsidR="006A7A50" w:rsidRPr="00DC3253">
        <w:rPr>
          <w:rFonts w:ascii="Meiryo UI" w:eastAsia="Meiryo UI" w:hAnsi="Meiryo UI"/>
          <w:b/>
          <w:color w:val="2E6685"/>
          <w:sz w:val="22"/>
          <w:lang w:eastAsia="ja-JP"/>
        </w:rPr>
        <w:t>誤送信にご注意ください</w:t>
      </w:r>
      <w:r w:rsidR="006A7A50">
        <w:rPr>
          <w:rFonts w:ascii="Meiryo UI" w:eastAsia="Meiryo UI" w:hAnsi="Meiryo UI" w:hint="eastAsia"/>
          <w:b/>
          <w:color w:val="2E6685"/>
          <w:sz w:val="22"/>
          <w:lang w:eastAsia="ja-JP"/>
        </w:rPr>
        <w:t xml:space="preserve">　</w:t>
      </w:r>
      <w:r w:rsidR="00C7703B">
        <w:rPr>
          <w:rFonts w:ascii="Meiryo UI" w:eastAsia="Meiryo UI" w:hAnsi="Meiryo UI" w:hint="eastAsia"/>
          <w:b/>
          <w:color w:val="2E6685"/>
          <w:sz w:val="22"/>
          <w:lang w:eastAsia="ja-JP"/>
        </w:rPr>
        <w:t xml:space="preserve">　　　</w:t>
      </w:r>
      <w:r w:rsidR="00A714B8">
        <w:rPr>
          <w:rFonts w:ascii="Meiryo UI" w:eastAsia="Meiryo UI" w:hAnsi="Meiryo UI" w:hint="eastAsia"/>
          <w:b/>
          <w:color w:val="2E6685"/>
          <w:sz w:val="21"/>
          <w:szCs w:val="21"/>
          <w:lang w:eastAsia="ja-JP"/>
        </w:rPr>
        <w:t xml:space="preserve">      </w:t>
      </w:r>
      <w:r w:rsidR="00A714B8" w:rsidRPr="003924FA">
        <w:rPr>
          <w:rFonts w:ascii="Meiryo UI" w:eastAsia="Meiryo UI" w:hAnsi="Meiryo UI" w:hint="eastAsia"/>
          <w:b/>
          <w:color w:val="2E6685"/>
          <w:sz w:val="22"/>
          <w:lang w:eastAsia="ja-JP"/>
        </w:rPr>
        <w:t xml:space="preserve"> </w:t>
      </w:r>
      <w:r w:rsidR="0033080D" w:rsidRPr="003924FA">
        <w:rPr>
          <w:rFonts w:ascii="Meiryo UI" w:eastAsia="Meiryo UI" w:hAnsi="Meiryo UI"/>
          <w:b/>
          <w:color w:val="2E6685"/>
          <w:sz w:val="22"/>
          <w:lang w:eastAsia="ja-JP"/>
        </w:rPr>
        <w:t>申込日</w:t>
      </w:r>
      <w:r w:rsidR="00CC6E65" w:rsidRPr="003924FA">
        <w:rPr>
          <w:rFonts w:ascii="Meiryo UI" w:eastAsia="Meiryo UI" w:hAnsi="Meiryo UI" w:hint="eastAsia"/>
          <w:b/>
          <w:color w:val="2E6685"/>
          <w:sz w:val="22"/>
          <w:lang w:eastAsia="ja-JP"/>
        </w:rPr>
        <w:t xml:space="preserve">  </w:t>
      </w:r>
      <w:r w:rsidR="0033080D" w:rsidRPr="003924FA">
        <w:rPr>
          <w:rFonts w:ascii="Meiryo UI" w:eastAsia="Meiryo UI" w:hAnsi="Meiryo UI"/>
          <w:b/>
          <w:color w:val="2E6685"/>
          <w:sz w:val="22"/>
          <w:lang w:eastAsia="ja-JP"/>
        </w:rPr>
        <w:t>：</w:t>
      </w:r>
      <w:r w:rsidR="00CC6E65" w:rsidRPr="003924FA">
        <w:rPr>
          <w:rFonts w:ascii="Meiryo UI" w:eastAsia="Meiryo UI" w:hAnsi="Meiryo UI" w:hint="eastAsia"/>
          <w:b/>
          <w:color w:val="2E6685"/>
          <w:sz w:val="22"/>
          <w:lang w:eastAsia="ja-JP"/>
        </w:rPr>
        <w:t xml:space="preserve">  </w:t>
      </w:r>
      <w:r w:rsidR="00B7436E">
        <w:rPr>
          <w:rFonts w:ascii="Meiryo UI" w:eastAsia="Meiryo UI" w:hAnsi="Meiryo UI" w:hint="eastAsia"/>
          <w:b/>
          <w:color w:val="2E6685"/>
          <w:sz w:val="22"/>
          <w:lang w:eastAsia="ja-JP"/>
        </w:rPr>
        <w:t xml:space="preserve">　　　</w:t>
      </w:r>
      <w:r w:rsidR="00A714B8" w:rsidRPr="003924FA">
        <w:rPr>
          <w:rFonts w:ascii="Meiryo UI" w:eastAsia="Meiryo UI" w:hAnsi="Meiryo UI" w:hint="eastAsia"/>
          <w:b/>
          <w:color w:val="2E6685"/>
          <w:sz w:val="22"/>
          <w:lang w:eastAsia="ja-JP"/>
        </w:rPr>
        <w:t xml:space="preserve">  </w:t>
      </w:r>
      <w:r w:rsidR="00107ADE" w:rsidRPr="003924FA">
        <w:rPr>
          <w:rFonts w:ascii="Meiryo UI" w:eastAsia="Meiryo UI" w:hAnsi="Meiryo UI" w:hint="eastAsia"/>
          <w:b/>
          <w:color w:val="2E6685"/>
          <w:sz w:val="22"/>
          <w:lang w:eastAsia="ja-JP"/>
        </w:rPr>
        <w:t xml:space="preserve">　</w:t>
      </w:r>
      <w:r w:rsidR="00DC6A0B" w:rsidRPr="003924FA">
        <w:rPr>
          <w:rFonts w:ascii="Meiryo UI" w:eastAsia="Meiryo UI" w:hAnsi="Meiryo UI" w:hint="eastAsia"/>
          <w:b/>
          <w:color w:val="2E6685"/>
          <w:sz w:val="22"/>
          <w:lang w:eastAsia="ja-JP"/>
        </w:rPr>
        <w:t xml:space="preserve">　</w:t>
      </w:r>
      <w:r w:rsidR="00C928B9" w:rsidRPr="003924FA">
        <w:rPr>
          <w:rFonts w:ascii="Meiryo UI" w:eastAsia="Meiryo UI" w:hAnsi="Meiryo UI" w:hint="eastAsia"/>
          <w:b/>
          <w:color w:val="2E6685"/>
          <w:sz w:val="22"/>
          <w:lang w:eastAsia="ja-JP"/>
        </w:rPr>
        <w:t xml:space="preserve">　</w:t>
      </w:r>
      <w:r w:rsidR="0033080D" w:rsidRPr="003924FA">
        <w:rPr>
          <w:rFonts w:ascii="Meiryo UI" w:eastAsia="Meiryo UI" w:hAnsi="Meiryo UI"/>
          <w:b/>
          <w:color w:val="2E6685"/>
          <w:sz w:val="22"/>
          <w:lang w:eastAsia="ja-JP"/>
        </w:rPr>
        <w:t xml:space="preserve">　　年</w:t>
      </w:r>
      <w:r w:rsidR="00A714B8" w:rsidRPr="003924FA">
        <w:rPr>
          <w:rFonts w:ascii="Meiryo UI" w:eastAsia="Meiryo UI" w:hAnsi="Meiryo UI" w:hint="eastAsia"/>
          <w:b/>
          <w:color w:val="2E6685"/>
          <w:sz w:val="22"/>
          <w:lang w:eastAsia="ja-JP"/>
        </w:rPr>
        <w:t xml:space="preserve">  </w:t>
      </w:r>
      <w:r w:rsidR="00107ADE" w:rsidRPr="003924FA">
        <w:rPr>
          <w:rFonts w:ascii="Meiryo UI" w:eastAsia="Meiryo UI" w:hAnsi="Meiryo UI" w:hint="eastAsia"/>
          <w:b/>
          <w:color w:val="2E6685"/>
          <w:sz w:val="22"/>
          <w:lang w:eastAsia="ja-JP"/>
        </w:rPr>
        <w:t xml:space="preserve">　</w:t>
      </w:r>
      <w:r w:rsidR="0033080D" w:rsidRPr="003924FA">
        <w:rPr>
          <w:rFonts w:ascii="Meiryo UI" w:eastAsia="Meiryo UI" w:hAnsi="Meiryo UI"/>
          <w:b/>
          <w:color w:val="2E6685"/>
          <w:sz w:val="22"/>
          <w:lang w:eastAsia="ja-JP"/>
        </w:rPr>
        <w:t xml:space="preserve">　　</w:t>
      </w:r>
      <w:r>
        <w:rPr>
          <w:rFonts w:ascii="Meiryo UI" w:eastAsia="Meiryo UI" w:hAnsi="Meiryo UI" w:hint="eastAsia"/>
          <w:b/>
          <w:color w:val="2E6685"/>
          <w:sz w:val="22"/>
          <w:lang w:eastAsia="ja-JP"/>
        </w:rPr>
        <w:t xml:space="preserve">　</w:t>
      </w:r>
      <w:r w:rsidR="00A714B8" w:rsidRPr="003924FA">
        <w:rPr>
          <w:rFonts w:ascii="Meiryo UI" w:eastAsia="Meiryo UI" w:hAnsi="Meiryo UI" w:hint="eastAsia"/>
          <w:b/>
          <w:color w:val="2E6685"/>
          <w:sz w:val="22"/>
          <w:lang w:eastAsia="ja-JP"/>
        </w:rPr>
        <w:t xml:space="preserve"> </w:t>
      </w:r>
      <w:r w:rsidR="00CC6E65" w:rsidRPr="003924FA">
        <w:rPr>
          <w:rFonts w:ascii="Meiryo UI" w:eastAsia="Meiryo UI" w:hAnsi="Meiryo UI" w:hint="eastAsia"/>
          <w:b/>
          <w:color w:val="2E6685"/>
          <w:sz w:val="22"/>
          <w:lang w:eastAsia="ja-JP"/>
        </w:rPr>
        <w:t xml:space="preserve"> </w:t>
      </w:r>
      <w:r w:rsidR="0033080D" w:rsidRPr="003924FA">
        <w:rPr>
          <w:rFonts w:ascii="Meiryo UI" w:eastAsia="Meiryo UI" w:hAnsi="Meiryo UI"/>
          <w:b/>
          <w:color w:val="2E6685"/>
          <w:sz w:val="22"/>
          <w:lang w:eastAsia="ja-JP"/>
        </w:rPr>
        <w:t xml:space="preserve">　月　</w:t>
      </w:r>
      <w:r w:rsidR="00A714B8" w:rsidRPr="003924FA">
        <w:rPr>
          <w:rFonts w:ascii="Meiryo UI" w:eastAsia="Meiryo UI" w:hAnsi="Meiryo UI" w:hint="eastAsia"/>
          <w:b/>
          <w:color w:val="2E6685"/>
          <w:sz w:val="22"/>
          <w:lang w:eastAsia="ja-JP"/>
        </w:rPr>
        <w:t xml:space="preserve">  </w:t>
      </w:r>
      <w:r>
        <w:rPr>
          <w:rFonts w:ascii="Meiryo UI" w:eastAsia="Meiryo UI" w:hAnsi="Meiryo UI" w:hint="eastAsia"/>
          <w:b/>
          <w:color w:val="2E6685"/>
          <w:sz w:val="22"/>
          <w:lang w:eastAsia="ja-JP"/>
        </w:rPr>
        <w:t xml:space="preserve">　</w:t>
      </w:r>
      <w:r w:rsidR="0033080D" w:rsidRPr="003924FA">
        <w:rPr>
          <w:rFonts w:ascii="Meiryo UI" w:eastAsia="Meiryo UI" w:hAnsi="Meiryo UI"/>
          <w:b/>
          <w:color w:val="2E6685"/>
          <w:sz w:val="22"/>
          <w:lang w:eastAsia="ja-JP"/>
        </w:rPr>
        <w:t xml:space="preserve">　</w:t>
      </w:r>
      <w:r w:rsidR="00CC6E65" w:rsidRPr="003924FA">
        <w:rPr>
          <w:rFonts w:ascii="Meiryo UI" w:eastAsia="Meiryo UI" w:hAnsi="Meiryo UI" w:hint="eastAsia"/>
          <w:b/>
          <w:color w:val="2E6685"/>
          <w:sz w:val="22"/>
          <w:lang w:eastAsia="ja-JP"/>
        </w:rPr>
        <w:t xml:space="preserve"> </w:t>
      </w:r>
      <w:r w:rsidR="00107ADE" w:rsidRPr="003924FA">
        <w:rPr>
          <w:rFonts w:ascii="Meiryo UI" w:eastAsia="Meiryo UI" w:hAnsi="Meiryo UI" w:hint="eastAsia"/>
          <w:b/>
          <w:color w:val="2E6685"/>
          <w:sz w:val="22"/>
          <w:lang w:eastAsia="ja-JP"/>
        </w:rPr>
        <w:t xml:space="preserve">　</w:t>
      </w:r>
      <w:r w:rsidR="0033080D" w:rsidRPr="003924FA">
        <w:rPr>
          <w:rFonts w:ascii="Meiryo UI" w:eastAsia="Meiryo UI" w:hAnsi="Meiryo UI"/>
          <w:b/>
          <w:color w:val="2E6685"/>
          <w:sz w:val="22"/>
          <w:lang w:eastAsia="ja-JP"/>
        </w:rPr>
        <w:t xml:space="preserve">　日</w:t>
      </w:r>
    </w:p>
    <w:p w14:paraId="244AAA50" w14:textId="7AFBA0EB" w:rsidR="002912EE" w:rsidRPr="002912EE" w:rsidRDefault="002912EE">
      <w:pPr>
        <w:pStyle w:val="aa"/>
        <w:spacing w:after="20"/>
        <w:jc w:val="center"/>
        <w:rPr>
          <w:rFonts w:ascii="Meiryo UI" w:eastAsia="Meiryo UI" w:hAnsi="Meiryo UI"/>
          <w:b/>
          <w:color w:val="183B56"/>
          <w:sz w:val="10"/>
          <w:szCs w:val="10"/>
          <w:lang w:eastAsia="ja-JP"/>
        </w:rPr>
      </w:pPr>
    </w:p>
    <w:p w14:paraId="6BF618AE" w14:textId="00A7AA24" w:rsidR="0057541B" w:rsidRPr="008831CC" w:rsidRDefault="0033080D">
      <w:pPr>
        <w:pStyle w:val="aa"/>
        <w:spacing w:after="20"/>
        <w:jc w:val="center"/>
        <w:rPr>
          <w:rFonts w:ascii="Meiryo UI" w:eastAsia="Meiryo UI" w:hAnsi="Meiryo UI"/>
          <w:sz w:val="32"/>
          <w:szCs w:val="32"/>
          <w:lang w:eastAsia="zh-CN"/>
        </w:rPr>
      </w:pPr>
      <w:r w:rsidRPr="008831CC">
        <w:rPr>
          <w:rFonts w:ascii="Meiryo UI" w:eastAsia="Meiryo UI" w:hAnsi="Meiryo UI"/>
          <w:b/>
          <w:color w:val="183B56"/>
          <w:sz w:val="32"/>
          <w:szCs w:val="32"/>
          <w:lang w:eastAsia="zh-CN"/>
        </w:rPr>
        <w:t>診</w:t>
      </w:r>
      <w:r w:rsidRPr="008831CC">
        <w:rPr>
          <w:rFonts w:ascii="Meiryo UI" w:eastAsia="Meiryo UI" w:hAnsi="Meiryo UI"/>
          <w:b/>
          <w:color w:val="183B56"/>
          <w:sz w:val="32"/>
          <w:szCs w:val="32"/>
          <w:lang w:eastAsia="zh-CN"/>
        </w:rPr>
        <w:t xml:space="preserve"> </w:t>
      </w:r>
      <w:r w:rsidRPr="008831CC">
        <w:rPr>
          <w:rFonts w:ascii="Meiryo UI" w:eastAsia="Meiryo UI" w:hAnsi="Meiryo UI"/>
          <w:b/>
          <w:color w:val="183B56"/>
          <w:sz w:val="32"/>
          <w:szCs w:val="32"/>
          <w:lang w:eastAsia="zh-CN"/>
        </w:rPr>
        <w:t>療</w:t>
      </w:r>
      <w:r w:rsidRPr="008831CC">
        <w:rPr>
          <w:rFonts w:ascii="Meiryo UI" w:eastAsia="Meiryo UI" w:hAnsi="Meiryo UI"/>
          <w:b/>
          <w:color w:val="183B56"/>
          <w:sz w:val="32"/>
          <w:szCs w:val="32"/>
          <w:lang w:eastAsia="zh-CN"/>
        </w:rPr>
        <w:t xml:space="preserve"> </w:t>
      </w:r>
      <w:r w:rsidRPr="008831CC">
        <w:rPr>
          <w:rFonts w:ascii="Meiryo UI" w:eastAsia="Meiryo UI" w:hAnsi="Meiryo UI"/>
          <w:b/>
          <w:color w:val="183B56"/>
          <w:sz w:val="32"/>
          <w:szCs w:val="32"/>
          <w:lang w:eastAsia="zh-CN"/>
        </w:rPr>
        <w:t>申</w:t>
      </w:r>
      <w:r w:rsidRPr="008831CC">
        <w:rPr>
          <w:rFonts w:ascii="Meiryo UI" w:eastAsia="Meiryo UI" w:hAnsi="Meiryo UI"/>
          <w:b/>
          <w:color w:val="183B56"/>
          <w:sz w:val="32"/>
          <w:szCs w:val="32"/>
          <w:lang w:eastAsia="zh-CN"/>
        </w:rPr>
        <w:t xml:space="preserve"> </w:t>
      </w:r>
      <w:r w:rsidRPr="008831CC">
        <w:rPr>
          <w:rFonts w:ascii="Meiryo UI" w:eastAsia="Meiryo UI" w:hAnsi="Meiryo UI"/>
          <w:b/>
          <w:color w:val="183B56"/>
          <w:sz w:val="32"/>
          <w:szCs w:val="32"/>
          <w:lang w:eastAsia="zh-CN"/>
        </w:rPr>
        <w:t>込</w:t>
      </w:r>
      <w:r w:rsidRPr="008831CC">
        <w:rPr>
          <w:rFonts w:ascii="Meiryo UI" w:eastAsia="Meiryo UI" w:hAnsi="Meiryo UI"/>
          <w:b/>
          <w:color w:val="183B56"/>
          <w:sz w:val="32"/>
          <w:szCs w:val="32"/>
          <w:lang w:eastAsia="zh-CN"/>
        </w:rPr>
        <w:t xml:space="preserve"> </w:t>
      </w:r>
      <w:r w:rsidRPr="008831CC">
        <w:rPr>
          <w:rFonts w:ascii="Meiryo UI" w:eastAsia="Meiryo UI" w:hAnsi="Meiryo UI"/>
          <w:b/>
          <w:color w:val="183B56"/>
          <w:sz w:val="32"/>
          <w:szCs w:val="32"/>
          <w:lang w:eastAsia="zh-CN"/>
        </w:rPr>
        <w:t>書</w:t>
      </w:r>
      <w:r w:rsidR="00A714B8" w:rsidRPr="008831CC">
        <w:rPr>
          <w:rFonts w:ascii="Meiryo UI" w:eastAsia="Meiryo UI" w:hAnsi="Meiryo UI" w:hint="eastAsia"/>
          <w:b/>
          <w:color w:val="183B56"/>
          <w:sz w:val="32"/>
          <w:szCs w:val="32"/>
          <w:lang w:eastAsia="zh-CN"/>
        </w:rPr>
        <w:t>（紹介元医療機関用</w:t>
      </w:r>
      <w:r w:rsidR="00A714B8" w:rsidRPr="008831CC">
        <w:rPr>
          <w:rFonts w:ascii="Meiryo UI" w:eastAsia="Meiryo UI" w:hAnsi="Meiryo UI"/>
          <w:b/>
          <w:color w:val="183B56"/>
          <w:sz w:val="32"/>
          <w:szCs w:val="32"/>
          <w:lang w:eastAsia="zh-CN"/>
        </w:rPr>
        <w:t>）</w:t>
      </w:r>
    </w:p>
    <w:p w14:paraId="5B1DB3BC" w14:textId="1ED889E9" w:rsidR="0057541B" w:rsidRPr="00E87EDA" w:rsidRDefault="0057541B" w:rsidP="00E87EDA">
      <w:pPr>
        <w:spacing w:after="60"/>
        <w:rPr>
          <w:rFonts w:ascii="Meiryo UI" w:eastAsia="Meiryo UI" w:hAnsi="Meiryo UI"/>
          <w:sz w:val="10"/>
          <w:szCs w:val="10"/>
          <w:lang w:eastAsia="zh-CN"/>
        </w:rPr>
      </w:pPr>
    </w:p>
    <w:p w14:paraId="1D851C20" w14:textId="22490C8C" w:rsidR="0057541B" w:rsidRPr="00A422BD" w:rsidRDefault="00257B5B">
      <w:pPr>
        <w:spacing w:after="40"/>
        <w:rPr>
          <w:rFonts w:ascii="Meiryo UI" w:eastAsia="Meiryo UI" w:hAnsi="Meiryo UI"/>
          <w:sz w:val="24"/>
          <w:szCs w:val="24"/>
          <w:lang w:eastAsia="zh-CN"/>
        </w:rPr>
      </w:pPr>
      <w:r>
        <w:rPr>
          <w:rFonts w:ascii="Meiryo UI" w:eastAsia="Meiryo UI" w:hAnsi="Meiryo UI" w:hint="eastAsia"/>
          <w:b/>
          <w:color w:val="183B56"/>
          <w:sz w:val="28"/>
          <w:szCs w:val="28"/>
          <w:lang w:eastAsia="ja-JP"/>
        </w:rPr>
        <w:t>➡</w:t>
      </w:r>
      <w:r w:rsidR="0033080D" w:rsidRPr="00B57FA0">
        <w:rPr>
          <w:rFonts w:ascii="Meiryo UI" w:eastAsia="Meiryo UI" w:hAnsi="Meiryo UI"/>
          <w:b/>
          <w:color w:val="183B56"/>
          <w:sz w:val="28"/>
          <w:szCs w:val="28"/>
          <w:lang w:eastAsia="ja-JP"/>
        </w:rPr>
        <w:t>FAX</w:t>
      </w:r>
      <w:r w:rsidR="0033080D" w:rsidRPr="00B57FA0">
        <w:rPr>
          <w:rFonts w:ascii="Meiryo UI" w:eastAsia="Meiryo UI" w:hAnsi="Meiryo UI"/>
          <w:b/>
          <w:color w:val="183B56"/>
          <w:sz w:val="28"/>
          <w:szCs w:val="28"/>
          <w:lang w:eastAsia="ja-JP"/>
        </w:rPr>
        <w:t>送付先（</w:t>
      </w:r>
      <w:r w:rsidR="0033080D" w:rsidRPr="00B57FA0">
        <w:rPr>
          <w:rFonts w:ascii="Meiryo UI" w:eastAsia="Meiryo UI" w:hAnsi="Meiryo UI"/>
          <w:b/>
          <w:color w:val="183B56"/>
          <w:sz w:val="28"/>
          <w:szCs w:val="28"/>
          <w:u w:val="wave"/>
          <w:lang w:eastAsia="ja-JP"/>
        </w:rPr>
        <w:t>1</w:t>
      </w:r>
      <w:r w:rsidR="0033080D" w:rsidRPr="00B57FA0">
        <w:rPr>
          <w:rFonts w:ascii="Meiryo UI" w:eastAsia="Meiryo UI" w:hAnsi="Meiryo UI"/>
          <w:b/>
          <w:color w:val="183B56"/>
          <w:sz w:val="28"/>
          <w:szCs w:val="28"/>
          <w:u w:val="wave"/>
          <w:lang w:eastAsia="ja-JP"/>
        </w:rPr>
        <w:t>施設</w:t>
      </w:r>
      <w:r w:rsidR="00574CD0" w:rsidRPr="00B57FA0">
        <w:rPr>
          <w:rFonts w:ascii="Meiryo UI" w:eastAsia="Meiryo UI" w:hAnsi="Meiryo UI" w:hint="eastAsia"/>
          <w:b/>
          <w:color w:val="183B56"/>
          <w:sz w:val="28"/>
          <w:szCs w:val="28"/>
          <w:u w:val="wave"/>
          <w:lang w:eastAsia="ja-JP"/>
        </w:rPr>
        <w:t>必ず☑</w:t>
      </w:r>
      <w:r w:rsidR="0033080D" w:rsidRPr="00B57FA0">
        <w:rPr>
          <w:rFonts w:ascii="Meiryo UI" w:eastAsia="Meiryo UI" w:hAnsi="Meiryo UI"/>
          <w:b/>
          <w:color w:val="183B56"/>
          <w:sz w:val="28"/>
          <w:szCs w:val="28"/>
          <w:u w:val="wave"/>
          <w:lang w:eastAsia="ja-JP"/>
        </w:rPr>
        <w:t>選択</w:t>
      </w:r>
      <w:r w:rsidR="00574CD0" w:rsidRPr="00B57FA0">
        <w:rPr>
          <w:rFonts w:ascii="Meiryo UI" w:eastAsia="Meiryo UI" w:hAnsi="Meiryo UI" w:hint="eastAsia"/>
          <w:b/>
          <w:color w:val="183B56"/>
          <w:sz w:val="28"/>
          <w:szCs w:val="28"/>
          <w:u w:val="wave"/>
          <w:lang w:eastAsia="ja-JP"/>
        </w:rPr>
        <w:t>をお願い致します。</w:t>
      </w:r>
      <w:r w:rsidR="0033080D" w:rsidRPr="00B57FA0">
        <w:rPr>
          <w:rFonts w:ascii="Meiryo UI" w:eastAsia="Meiryo UI" w:hAnsi="Meiryo UI"/>
          <w:b/>
          <w:color w:val="183B56"/>
          <w:sz w:val="28"/>
          <w:szCs w:val="28"/>
          <w:lang w:eastAsia="zh-CN"/>
        </w:rPr>
        <w:t>）</w:t>
      </w:r>
      <w:r w:rsidR="002654C5" w:rsidRPr="00B57FA0">
        <w:rPr>
          <w:rFonts w:ascii="Meiryo UI" w:eastAsia="Meiryo UI" w:hAnsi="Meiryo UI" w:hint="eastAsia"/>
          <w:b/>
          <w:color w:val="183B56"/>
          <w:sz w:val="28"/>
          <w:szCs w:val="28"/>
          <w:lang w:eastAsia="zh-CN"/>
        </w:rPr>
        <w:t>※地域医療連携室</w:t>
      </w:r>
      <w:r w:rsidR="002B0468" w:rsidRPr="00B57FA0">
        <w:rPr>
          <w:rFonts w:ascii="Meiryo UI" w:eastAsia="Meiryo UI" w:hAnsi="Meiryo UI" w:hint="eastAsia"/>
          <w:b/>
          <w:color w:val="183B56"/>
          <w:sz w:val="28"/>
          <w:szCs w:val="28"/>
          <w:lang w:eastAsia="zh-CN"/>
        </w:rPr>
        <w:t xml:space="preserve">　</w:t>
      </w:r>
      <w:r w:rsidR="00BF2958" w:rsidRPr="00B57FA0">
        <w:rPr>
          <w:rFonts w:ascii="Meiryo UI" w:eastAsia="Meiryo UI" w:hAnsi="Meiryo UI" w:hint="eastAsia"/>
          <w:b/>
          <w:color w:val="183B56"/>
          <w:sz w:val="28"/>
          <w:szCs w:val="28"/>
          <w:lang w:eastAsia="zh-CN"/>
        </w:rPr>
        <w:t xml:space="preserve">宛　　　</w:t>
      </w:r>
      <w:r w:rsidR="00BF2958">
        <w:rPr>
          <w:rFonts w:ascii="Meiryo UI" w:eastAsia="Meiryo UI" w:hAnsi="Meiryo UI" w:hint="eastAsia"/>
          <w:b/>
          <w:color w:val="183B56"/>
          <w:sz w:val="24"/>
          <w:szCs w:val="24"/>
          <w:lang w:eastAsia="zh-CN"/>
        </w:rPr>
        <w:t xml:space="preserve">　　　　　　　　　　　　</w:t>
      </w:r>
    </w:p>
    <w:tbl>
      <w:tblPr>
        <w:tblW w:w="10602" w:type="dxa"/>
        <w:jc w:val="center"/>
        <w:tblLayout w:type="fixed"/>
        <w:tblLook w:val="04A0" w:firstRow="1" w:lastRow="0" w:firstColumn="1" w:lastColumn="0" w:noHBand="0" w:noVBand="1"/>
      </w:tblPr>
      <w:tblGrid>
        <w:gridCol w:w="1696"/>
        <w:gridCol w:w="1827"/>
        <w:gridCol w:w="1765"/>
        <w:gridCol w:w="1697"/>
        <w:gridCol w:w="62"/>
        <w:gridCol w:w="3530"/>
        <w:gridCol w:w="25"/>
      </w:tblGrid>
      <w:tr w:rsidR="0057541B" w:rsidRPr="00A714B8" w14:paraId="25ACE6A4" w14:textId="77777777" w:rsidTr="002912EE">
        <w:trPr>
          <w:cantSplit/>
          <w:jc w:val="center"/>
        </w:trPr>
        <w:tc>
          <w:tcPr>
            <w:tcW w:w="3523" w:type="dxa"/>
            <w:gridSpan w:val="2"/>
            <w:tcBorders>
              <w:top w:val="single" w:sz="10" w:space="0" w:color="2E6685"/>
              <w:left w:val="single" w:sz="10" w:space="0" w:color="2E6685"/>
              <w:bottom w:val="single" w:sz="4" w:space="0" w:color="auto"/>
              <w:right w:val="single" w:sz="10" w:space="0" w:color="2E6685"/>
            </w:tcBorders>
            <w:shd w:val="clear" w:color="auto" w:fill="F5F8FA"/>
            <w:tcMar>
              <w:top w:w="80" w:type="dxa"/>
              <w:left w:w="75" w:type="dxa"/>
              <w:bottom w:w="80" w:type="dxa"/>
              <w:right w:w="75" w:type="dxa"/>
            </w:tcMar>
            <w:vAlign w:val="center"/>
          </w:tcPr>
          <w:p w14:paraId="1694AF86" w14:textId="5E72ADBA" w:rsidR="0057541B" w:rsidRPr="00C36D16" w:rsidRDefault="0033080D">
            <w:pPr>
              <w:spacing w:after="20"/>
              <w:jc w:val="center"/>
              <w:rPr>
                <w:rFonts w:ascii="Meiryo UI" w:eastAsia="Meiryo UI" w:hAnsi="Meiryo UI"/>
                <w:sz w:val="28"/>
                <w:szCs w:val="28"/>
                <w:lang w:eastAsia="ja-JP"/>
              </w:rPr>
            </w:pPr>
            <w:sdt>
              <w:sdtPr>
                <w:rPr>
                  <w:rFonts w:ascii="Meiryo UI" w:eastAsia="Meiryo UI" w:hAnsi="Meiryo UI"/>
                  <w:b/>
                  <w:color w:val="183B56"/>
                  <w:sz w:val="28"/>
                  <w:szCs w:val="28"/>
                  <w:lang w:eastAsia="ja-JP"/>
                </w:rPr>
                <w:id w:val="-205098956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E1856">
                  <w:rPr>
                    <w:rFonts w:ascii="ＭＳ ゴシック" w:eastAsia="ＭＳ ゴシック" w:hAnsi="ＭＳ ゴシック" w:hint="eastAsia"/>
                    <w:b/>
                    <w:color w:val="183B56"/>
                    <w:sz w:val="28"/>
                    <w:szCs w:val="28"/>
                    <w:lang w:eastAsia="ja-JP"/>
                  </w:rPr>
                  <w:t>☐</w:t>
                </w:r>
              </w:sdtContent>
            </w:sdt>
            <w:r w:rsidRPr="00C36D16">
              <w:rPr>
                <w:rFonts w:ascii="Meiryo UI" w:eastAsia="Meiryo UI" w:hAnsi="Meiryo UI"/>
                <w:b/>
                <w:color w:val="183B56"/>
                <w:sz w:val="28"/>
                <w:szCs w:val="28"/>
                <w:lang w:eastAsia="ja-JP"/>
              </w:rPr>
              <w:t xml:space="preserve">　能代厚生医療センター</w:t>
            </w:r>
          </w:p>
          <w:p w14:paraId="611E6E7C" w14:textId="77777777" w:rsidR="0057541B" w:rsidRPr="003F23BA" w:rsidRDefault="0033080D">
            <w:pPr>
              <w:jc w:val="center"/>
              <w:rPr>
                <w:rFonts w:ascii="Meiryo UI" w:eastAsia="Meiryo UI" w:hAnsi="Meiryo UI"/>
                <w:sz w:val="26"/>
                <w:szCs w:val="26"/>
              </w:rPr>
            </w:pPr>
            <w:r w:rsidRPr="00C36D16">
              <w:rPr>
                <w:rFonts w:ascii="Meiryo UI" w:eastAsia="Meiryo UI" w:hAnsi="Meiryo UI"/>
                <w:b/>
                <w:color w:val="2E6685"/>
                <w:sz w:val="28"/>
                <w:szCs w:val="28"/>
              </w:rPr>
              <w:t>FAX 0185-54-8894</w:t>
            </w:r>
          </w:p>
        </w:tc>
        <w:tc>
          <w:tcPr>
            <w:tcW w:w="3524" w:type="dxa"/>
            <w:gridSpan w:val="3"/>
            <w:tcBorders>
              <w:top w:val="single" w:sz="10" w:space="0" w:color="2E6685"/>
              <w:left w:val="single" w:sz="10" w:space="0" w:color="2E6685"/>
              <w:bottom w:val="single" w:sz="4" w:space="0" w:color="auto"/>
              <w:right w:val="single" w:sz="10" w:space="0" w:color="2E6685"/>
            </w:tcBorders>
            <w:shd w:val="clear" w:color="auto" w:fill="F5F8FA"/>
            <w:tcMar>
              <w:top w:w="80" w:type="dxa"/>
              <w:left w:w="75" w:type="dxa"/>
              <w:bottom w:w="80" w:type="dxa"/>
              <w:right w:w="75" w:type="dxa"/>
            </w:tcMar>
            <w:vAlign w:val="center"/>
          </w:tcPr>
          <w:p w14:paraId="67817DD6" w14:textId="44E0A1AD" w:rsidR="0057541B" w:rsidRPr="00C36D16" w:rsidRDefault="0033080D">
            <w:pPr>
              <w:spacing w:after="20"/>
              <w:jc w:val="center"/>
              <w:rPr>
                <w:rFonts w:ascii="Meiryo UI" w:eastAsia="Meiryo UI" w:hAnsi="Meiryo UI"/>
                <w:sz w:val="28"/>
                <w:szCs w:val="28"/>
              </w:rPr>
            </w:pPr>
            <w:sdt>
              <w:sdtPr>
                <w:rPr>
                  <w:rFonts w:ascii="Meiryo UI" w:eastAsia="Meiryo UI" w:hAnsi="Meiryo UI"/>
                  <w:b/>
                  <w:color w:val="183B56"/>
                  <w:sz w:val="28"/>
                  <w:szCs w:val="28"/>
                </w:rPr>
                <w:id w:val="212997036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E1856">
                  <w:rPr>
                    <w:rFonts w:ascii="ＭＳ ゴシック" w:eastAsia="ＭＳ ゴシック" w:hAnsi="ＭＳ ゴシック" w:hint="eastAsia"/>
                    <w:b/>
                    <w:color w:val="183B56"/>
                    <w:sz w:val="28"/>
                    <w:szCs w:val="28"/>
                  </w:rPr>
                  <w:t>☐</w:t>
                </w:r>
              </w:sdtContent>
            </w:sdt>
            <w:r w:rsidRPr="00C36D16">
              <w:rPr>
                <w:rFonts w:ascii="Meiryo UI" w:eastAsia="Meiryo UI" w:hAnsi="Meiryo UI"/>
                <w:b/>
                <w:color w:val="183B56"/>
                <w:sz w:val="28"/>
                <w:szCs w:val="28"/>
              </w:rPr>
              <w:t xml:space="preserve">　</w:t>
            </w:r>
            <w:proofErr w:type="spellStart"/>
            <w:r w:rsidRPr="00C36D16">
              <w:rPr>
                <w:rFonts w:ascii="Meiryo UI" w:eastAsia="Meiryo UI" w:hAnsi="Meiryo UI"/>
                <w:b/>
                <w:color w:val="183B56"/>
                <w:sz w:val="28"/>
                <w:szCs w:val="28"/>
              </w:rPr>
              <w:t>JCHO</w:t>
            </w:r>
            <w:r w:rsidRPr="00C36D16">
              <w:rPr>
                <w:rFonts w:ascii="Meiryo UI" w:eastAsia="Meiryo UI" w:hAnsi="Meiryo UI"/>
                <w:b/>
                <w:color w:val="183B56"/>
                <w:sz w:val="28"/>
                <w:szCs w:val="28"/>
              </w:rPr>
              <w:t>秋田病院</w:t>
            </w:r>
            <w:proofErr w:type="spellEnd"/>
          </w:p>
          <w:p w14:paraId="6DC55F12" w14:textId="77777777" w:rsidR="0057541B" w:rsidRPr="003F23BA" w:rsidRDefault="0033080D">
            <w:pPr>
              <w:jc w:val="center"/>
              <w:rPr>
                <w:rFonts w:ascii="Meiryo UI" w:eastAsia="Meiryo UI" w:hAnsi="Meiryo UI"/>
                <w:sz w:val="26"/>
                <w:szCs w:val="26"/>
              </w:rPr>
            </w:pPr>
            <w:r w:rsidRPr="00C36D16">
              <w:rPr>
                <w:rFonts w:ascii="Meiryo UI" w:eastAsia="Meiryo UI" w:hAnsi="Meiryo UI"/>
                <w:b/>
                <w:color w:val="2E6685"/>
                <w:sz w:val="28"/>
                <w:szCs w:val="28"/>
              </w:rPr>
              <w:t>FAX 0185-54-1266</w:t>
            </w:r>
          </w:p>
        </w:tc>
        <w:tc>
          <w:tcPr>
            <w:tcW w:w="3555" w:type="dxa"/>
            <w:gridSpan w:val="2"/>
            <w:tcBorders>
              <w:top w:val="single" w:sz="10" w:space="0" w:color="2E6685"/>
              <w:left w:val="single" w:sz="10" w:space="0" w:color="2E6685"/>
              <w:bottom w:val="single" w:sz="4" w:space="0" w:color="auto"/>
              <w:right w:val="single" w:sz="10" w:space="0" w:color="2E6685"/>
            </w:tcBorders>
            <w:shd w:val="clear" w:color="auto" w:fill="F5F8FA"/>
            <w:tcMar>
              <w:top w:w="80" w:type="dxa"/>
              <w:left w:w="75" w:type="dxa"/>
              <w:bottom w:w="80" w:type="dxa"/>
              <w:right w:w="75" w:type="dxa"/>
            </w:tcMar>
            <w:vAlign w:val="center"/>
          </w:tcPr>
          <w:p w14:paraId="47DD17B2" w14:textId="0636E873" w:rsidR="0057541B" w:rsidRPr="00C36D16" w:rsidRDefault="0033080D">
            <w:pPr>
              <w:spacing w:after="20"/>
              <w:jc w:val="center"/>
              <w:rPr>
                <w:rFonts w:ascii="Meiryo UI" w:eastAsia="Meiryo UI" w:hAnsi="Meiryo UI"/>
                <w:sz w:val="28"/>
                <w:szCs w:val="28"/>
                <w:lang w:eastAsia="zh-CN"/>
              </w:rPr>
            </w:pPr>
            <w:sdt>
              <w:sdtPr>
                <w:rPr>
                  <w:rFonts w:ascii="Meiryo UI" w:eastAsia="Meiryo UI" w:hAnsi="Meiryo UI"/>
                  <w:b/>
                  <w:color w:val="183B56"/>
                  <w:sz w:val="28"/>
                  <w:szCs w:val="28"/>
                  <w:lang w:eastAsia="zh-CN"/>
                </w:rPr>
                <w:id w:val="-62169505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E1856">
                  <w:rPr>
                    <w:rFonts w:ascii="ＭＳ ゴシック" w:eastAsia="ＭＳ ゴシック" w:hAnsi="ＭＳ ゴシック" w:hint="eastAsia"/>
                    <w:b/>
                    <w:color w:val="183B56"/>
                    <w:sz w:val="28"/>
                    <w:szCs w:val="28"/>
                    <w:lang w:eastAsia="zh-CN"/>
                  </w:rPr>
                  <w:t>☐</w:t>
                </w:r>
              </w:sdtContent>
            </w:sdt>
            <w:r w:rsidRPr="00C36D16">
              <w:rPr>
                <w:rFonts w:ascii="Meiryo UI" w:eastAsia="Meiryo UI" w:hAnsi="Meiryo UI"/>
                <w:b/>
                <w:color w:val="183B56"/>
                <w:sz w:val="28"/>
                <w:szCs w:val="28"/>
                <w:lang w:eastAsia="zh-CN"/>
              </w:rPr>
              <w:t xml:space="preserve">　能代山本医師会病院</w:t>
            </w:r>
          </w:p>
          <w:p w14:paraId="07E2DFB5" w14:textId="77777777" w:rsidR="0057541B" w:rsidRPr="003F23BA" w:rsidRDefault="0033080D">
            <w:pPr>
              <w:jc w:val="center"/>
              <w:rPr>
                <w:rFonts w:ascii="Meiryo UI" w:eastAsia="Meiryo UI" w:hAnsi="Meiryo UI"/>
                <w:sz w:val="26"/>
                <w:szCs w:val="26"/>
                <w:lang w:eastAsia="zh-CN"/>
              </w:rPr>
            </w:pPr>
            <w:r w:rsidRPr="00C36D16">
              <w:rPr>
                <w:rFonts w:ascii="Meiryo UI" w:eastAsia="Meiryo UI" w:hAnsi="Meiryo UI"/>
                <w:b/>
                <w:color w:val="2E6685"/>
                <w:sz w:val="28"/>
                <w:szCs w:val="28"/>
                <w:lang w:eastAsia="zh-CN"/>
              </w:rPr>
              <w:t>FAX 0185-58-3561</w:t>
            </w:r>
          </w:p>
        </w:tc>
      </w:tr>
      <w:tr w:rsidR="002912EE" w:rsidRPr="00973BF3" w14:paraId="2F57E332" w14:textId="77777777" w:rsidTr="001356BB">
        <w:trPr>
          <w:cantSplit/>
          <w:trHeight w:val="57"/>
          <w:jc w:val="center"/>
        </w:trPr>
        <w:tc>
          <w:tcPr>
            <w:tcW w:w="3523" w:type="dxa"/>
            <w:gridSpan w:val="2"/>
            <w:tcBorders>
              <w:top w:val="single" w:sz="4" w:space="0" w:color="auto"/>
            </w:tcBorders>
            <w:tcMar>
              <w:top w:w="80" w:type="dxa"/>
              <w:left w:w="75" w:type="dxa"/>
              <w:bottom w:w="80" w:type="dxa"/>
              <w:right w:w="75" w:type="dxa"/>
            </w:tcMar>
            <w:vAlign w:val="center"/>
          </w:tcPr>
          <w:p w14:paraId="6F7151E4" w14:textId="77777777" w:rsidR="002912EE" w:rsidRPr="00893F42" w:rsidRDefault="002912EE">
            <w:pPr>
              <w:spacing w:after="20"/>
              <w:jc w:val="center"/>
              <w:rPr>
                <w:rFonts w:ascii="Meiryo UI" w:eastAsia="Meiryo UI" w:hAnsi="Meiryo UI"/>
                <w:b/>
                <w:color w:val="183B56"/>
                <w:sz w:val="2"/>
                <w:szCs w:val="2"/>
                <w:lang w:eastAsia="zh-CN"/>
              </w:rPr>
            </w:pPr>
          </w:p>
        </w:tc>
        <w:tc>
          <w:tcPr>
            <w:tcW w:w="3524" w:type="dxa"/>
            <w:gridSpan w:val="3"/>
            <w:tcBorders>
              <w:top w:val="single" w:sz="4" w:space="0" w:color="auto"/>
            </w:tcBorders>
            <w:tcMar>
              <w:top w:w="80" w:type="dxa"/>
              <w:left w:w="75" w:type="dxa"/>
              <w:bottom w:w="80" w:type="dxa"/>
              <w:right w:w="75" w:type="dxa"/>
            </w:tcMar>
            <w:vAlign w:val="center"/>
          </w:tcPr>
          <w:p w14:paraId="695F9674" w14:textId="77777777" w:rsidR="002912EE" w:rsidRPr="00893F42" w:rsidRDefault="002912EE">
            <w:pPr>
              <w:spacing w:after="20"/>
              <w:jc w:val="center"/>
              <w:rPr>
                <w:rFonts w:ascii="Meiryo UI" w:eastAsia="Meiryo UI" w:hAnsi="Meiryo UI"/>
                <w:b/>
                <w:color w:val="183B56"/>
                <w:sz w:val="2"/>
                <w:szCs w:val="2"/>
                <w:lang w:eastAsia="zh-CN"/>
              </w:rPr>
            </w:pPr>
          </w:p>
        </w:tc>
        <w:tc>
          <w:tcPr>
            <w:tcW w:w="3555" w:type="dxa"/>
            <w:gridSpan w:val="2"/>
            <w:tcBorders>
              <w:top w:val="single" w:sz="4" w:space="0" w:color="auto"/>
            </w:tcBorders>
            <w:tcMar>
              <w:top w:w="80" w:type="dxa"/>
              <w:left w:w="75" w:type="dxa"/>
              <w:bottom w:w="80" w:type="dxa"/>
              <w:right w:w="75" w:type="dxa"/>
            </w:tcMar>
            <w:vAlign w:val="center"/>
          </w:tcPr>
          <w:p w14:paraId="131BDF72" w14:textId="77777777" w:rsidR="002912EE" w:rsidRPr="00893F42" w:rsidRDefault="002912EE">
            <w:pPr>
              <w:spacing w:after="20"/>
              <w:jc w:val="center"/>
              <w:rPr>
                <w:rFonts w:ascii="Meiryo UI" w:eastAsia="Meiryo UI" w:hAnsi="Meiryo UI"/>
                <w:b/>
                <w:color w:val="183B56"/>
                <w:sz w:val="2"/>
                <w:szCs w:val="2"/>
                <w:lang w:eastAsia="zh-CN"/>
              </w:rPr>
            </w:pPr>
          </w:p>
        </w:tc>
      </w:tr>
      <w:tr w:rsidR="0057541B" w:rsidRPr="00A714B8" w14:paraId="57F3E641" w14:textId="77777777" w:rsidTr="00A714B8">
        <w:trPr>
          <w:gridAfter w:val="1"/>
          <w:wAfter w:w="25" w:type="dxa"/>
          <w:cantSplit/>
          <w:jc w:val="center"/>
        </w:trPr>
        <w:tc>
          <w:tcPr>
            <w:tcW w:w="10577" w:type="dxa"/>
            <w:gridSpan w:val="6"/>
            <w:tcBorders>
              <w:top w:val="single" w:sz="5" w:space="0" w:color="9AAEB9"/>
              <w:left w:val="single" w:sz="5" w:space="0" w:color="9AAEB9"/>
              <w:bottom w:val="single" w:sz="5" w:space="0" w:color="9AAEB9"/>
              <w:right w:val="single" w:sz="5" w:space="0" w:color="9AAEB9"/>
            </w:tcBorders>
            <w:shd w:val="clear" w:color="auto" w:fill="183B56"/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7518EAC8" w14:textId="40C72FAC" w:rsidR="0057541B" w:rsidRPr="003C0308" w:rsidRDefault="0033080D" w:rsidP="003C0308">
            <w:pPr>
              <w:pStyle w:val="ae"/>
              <w:numPr>
                <w:ilvl w:val="0"/>
                <w:numId w:val="10"/>
              </w:numPr>
              <w:rPr>
                <w:rFonts w:ascii="Meiryo UI" w:eastAsia="Meiryo UI" w:hAnsi="Meiryo UI"/>
                <w:sz w:val="21"/>
                <w:szCs w:val="21"/>
              </w:rPr>
            </w:pPr>
            <w:proofErr w:type="spellStart"/>
            <w:r w:rsidRPr="00FB1333">
              <w:rPr>
                <w:rFonts w:ascii="Meiryo UI" w:eastAsia="Meiryo UI" w:hAnsi="Meiryo UI"/>
                <w:b/>
                <w:color w:val="FFFFFF"/>
                <w:sz w:val="22"/>
              </w:rPr>
              <w:t>紹介元医療機関</w:t>
            </w:r>
            <w:proofErr w:type="spellEnd"/>
            <w:r w:rsidR="00893F42" w:rsidRPr="00FB1333">
              <w:rPr>
                <w:rFonts w:ascii="Meiryo UI" w:eastAsia="Meiryo UI" w:hAnsi="Meiryo UI" w:hint="eastAsia"/>
                <w:sz w:val="22"/>
              </w:rPr>
              <w:t xml:space="preserve">　</w:t>
            </w:r>
          </w:p>
        </w:tc>
      </w:tr>
      <w:tr w:rsidR="0057541B" w:rsidRPr="00A714B8" w14:paraId="0E22E369" w14:textId="77777777" w:rsidTr="00A714B8">
        <w:trPr>
          <w:cantSplit/>
          <w:trHeight w:val="323"/>
          <w:jc w:val="center"/>
        </w:trPr>
        <w:tc>
          <w:tcPr>
            <w:tcW w:w="1696" w:type="dxa"/>
            <w:tcBorders>
              <w:top w:val="single" w:sz="5" w:space="0" w:color="9AAEB9"/>
              <w:left w:val="single" w:sz="5" w:space="0" w:color="9AAEB9"/>
              <w:bottom w:val="single" w:sz="5" w:space="0" w:color="9AAEB9"/>
              <w:right w:val="single" w:sz="5" w:space="0" w:color="9AAEB9"/>
            </w:tcBorders>
            <w:shd w:val="clear" w:color="auto" w:fill="EAF2F6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2D51F29" w14:textId="77777777" w:rsidR="0057541B" w:rsidRPr="00A714B8" w:rsidRDefault="0033080D">
            <w:pPr>
              <w:rPr>
                <w:rFonts w:ascii="Meiryo UI" w:eastAsia="Meiryo UI" w:hAnsi="Meiryo UI"/>
                <w:sz w:val="21"/>
                <w:szCs w:val="21"/>
              </w:rPr>
            </w:pPr>
            <w:proofErr w:type="spellStart"/>
            <w:r w:rsidRPr="00A714B8">
              <w:rPr>
                <w:rFonts w:ascii="Meiryo UI" w:eastAsia="Meiryo UI" w:hAnsi="Meiryo UI"/>
                <w:b/>
                <w:color w:val="183B56"/>
                <w:sz w:val="21"/>
                <w:szCs w:val="21"/>
              </w:rPr>
              <w:t>医療機関名</w:t>
            </w:r>
            <w:proofErr w:type="spellEnd"/>
          </w:p>
        </w:tc>
        <w:tc>
          <w:tcPr>
            <w:tcW w:w="3592" w:type="dxa"/>
            <w:gridSpan w:val="2"/>
            <w:tcBorders>
              <w:top w:val="single" w:sz="5" w:space="0" w:color="9AAEB9"/>
              <w:left w:val="single" w:sz="5" w:space="0" w:color="9AAEB9"/>
              <w:bottom w:val="single" w:sz="5" w:space="0" w:color="9AAEB9"/>
              <w:right w:val="single" w:sz="5" w:space="0" w:color="9AAEB9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5192FAE" w14:textId="77777777" w:rsidR="0057541B" w:rsidRPr="00A714B8" w:rsidRDefault="0057541B">
            <w:pPr>
              <w:rPr>
                <w:rFonts w:ascii="Meiryo UI" w:eastAsia="Meiryo UI" w:hAnsi="Meiryo UI"/>
                <w:sz w:val="21"/>
                <w:szCs w:val="21"/>
              </w:rPr>
            </w:pPr>
          </w:p>
        </w:tc>
        <w:tc>
          <w:tcPr>
            <w:tcW w:w="1697" w:type="dxa"/>
            <w:tcBorders>
              <w:top w:val="single" w:sz="5" w:space="0" w:color="9AAEB9"/>
              <w:left w:val="single" w:sz="5" w:space="0" w:color="9AAEB9"/>
              <w:bottom w:val="single" w:sz="5" w:space="0" w:color="9AAEB9"/>
              <w:right w:val="single" w:sz="5" w:space="0" w:color="9AAEB9"/>
            </w:tcBorders>
            <w:shd w:val="clear" w:color="auto" w:fill="EAF2F6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246DA23" w14:textId="77777777" w:rsidR="0057541B" w:rsidRPr="00A714B8" w:rsidRDefault="0033080D">
            <w:pPr>
              <w:rPr>
                <w:rFonts w:ascii="Meiryo UI" w:eastAsia="Meiryo UI" w:hAnsi="Meiryo UI"/>
                <w:sz w:val="21"/>
                <w:szCs w:val="21"/>
              </w:rPr>
            </w:pPr>
            <w:proofErr w:type="spellStart"/>
            <w:r w:rsidRPr="00A714B8">
              <w:rPr>
                <w:rFonts w:ascii="Meiryo UI" w:eastAsia="Meiryo UI" w:hAnsi="Meiryo UI"/>
                <w:b/>
                <w:color w:val="183B56"/>
                <w:sz w:val="21"/>
                <w:szCs w:val="21"/>
              </w:rPr>
              <w:t>担当医名</w:t>
            </w:r>
            <w:proofErr w:type="spellEnd"/>
          </w:p>
        </w:tc>
        <w:tc>
          <w:tcPr>
            <w:tcW w:w="3617" w:type="dxa"/>
            <w:gridSpan w:val="3"/>
            <w:tcBorders>
              <w:top w:val="single" w:sz="5" w:space="0" w:color="9AAEB9"/>
              <w:left w:val="single" w:sz="5" w:space="0" w:color="9AAEB9"/>
              <w:bottom w:val="single" w:sz="5" w:space="0" w:color="9AAEB9"/>
              <w:right w:val="single" w:sz="5" w:space="0" w:color="9AAEB9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32B45D5" w14:textId="77777777" w:rsidR="0057541B" w:rsidRPr="00A714B8" w:rsidRDefault="0057541B">
            <w:pPr>
              <w:rPr>
                <w:rFonts w:ascii="Meiryo UI" w:eastAsia="Meiryo UI" w:hAnsi="Meiryo UI"/>
                <w:sz w:val="21"/>
                <w:szCs w:val="21"/>
              </w:rPr>
            </w:pPr>
          </w:p>
        </w:tc>
      </w:tr>
      <w:tr w:rsidR="0057541B" w:rsidRPr="00A714B8" w14:paraId="0F91D047" w14:textId="77777777" w:rsidTr="00A714B8">
        <w:trPr>
          <w:cantSplit/>
          <w:trHeight w:val="323"/>
          <w:jc w:val="center"/>
        </w:trPr>
        <w:tc>
          <w:tcPr>
            <w:tcW w:w="1696" w:type="dxa"/>
            <w:tcBorders>
              <w:top w:val="single" w:sz="5" w:space="0" w:color="9AAEB9"/>
              <w:left w:val="single" w:sz="5" w:space="0" w:color="9AAEB9"/>
              <w:bottom w:val="single" w:sz="5" w:space="0" w:color="9AAEB9"/>
              <w:right w:val="single" w:sz="5" w:space="0" w:color="9AAEB9"/>
            </w:tcBorders>
            <w:shd w:val="clear" w:color="auto" w:fill="EAF2F6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B7ADD40" w14:textId="77777777" w:rsidR="0057541B" w:rsidRPr="00A714B8" w:rsidRDefault="0033080D">
            <w:pPr>
              <w:rPr>
                <w:rFonts w:ascii="Meiryo UI" w:eastAsia="Meiryo UI" w:hAnsi="Meiryo UI"/>
                <w:sz w:val="21"/>
                <w:szCs w:val="21"/>
              </w:rPr>
            </w:pPr>
            <w:proofErr w:type="spellStart"/>
            <w:r w:rsidRPr="00A714B8">
              <w:rPr>
                <w:rFonts w:ascii="Meiryo UI" w:eastAsia="Meiryo UI" w:hAnsi="Meiryo UI"/>
                <w:b/>
                <w:color w:val="183B56"/>
                <w:sz w:val="21"/>
                <w:szCs w:val="21"/>
              </w:rPr>
              <w:t>所在地</w:t>
            </w:r>
            <w:proofErr w:type="spellEnd"/>
          </w:p>
        </w:tc>
        <w:tc>
          <w:tcPr>
            <w:tcW w:w="3592" w:type="dxa"/>
            <w:gridSpan w:val="2"/>
            <w:tcBorders>
              <w:top w:val="single" w:sz="5" w:space="0" w:color="9AAEB9"/>
              <w:left w:val="single" w:sz="5" w:space="0" w:color="9AAEB9"/>
              <w:bottom w:val="single" w:sz="5" w:space="0" w:color="9AAEB9"/>
              <w:right w:val="single" w:sz="5" w:space="0" w:color="9AAEB9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386E399" w14:textId="77777777" w:rsidR="0057541B" w:rsidRPr="00A714B8" w:rsidRDefault="0057541B">
            <w:pPr>
              <w:rPr>
                <w:rFonts w:ascii="Meiryo UI" w:eastAsia="Meiryo UI" w:hAnsi="Meiryo UI"/>
                <w:sz w:val="21"/>
                <w:szCs w:val="21"/>
              </w:rPr>
            </w:pPr>
          </w:p>
        </w:tc>
        <w:tc>
          <w:tcPr>
            <w:tcW w:w="1697" w:type="dxa"/>
            <w:tcBorders>
              <w:top w:val="single" w:sz="5" w:space="0" w:color="9AAEB9"/>
              <w:left w:val="single" w:sz="5" w:space="0" w:color="9AAEB9"/>
              <w:bottom w:val="single" w:sz="5" w:space="0" w:color="9AAEB9"/>
              <w:right w:val="single" w:sz="5" w:space="0" w:color="9AAEB9"/>
            </w:tcBorders>
            <w:shd w:val="clear" w:color="auto" w:fill="EAF2F6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8D64E75" w14:textId="77777777" w:rsidR="0057541B" w:rsidRPr="00A714B8" w:rsidRDefault="0033080D">
            <w:pPr>
              <w:rPr>
                <w:rFonts w:ascii="Meiryo UI" w:eastAsia="Meiryo UI" w:hAnsi="Meiryo UI"/>
                <w:sz w:val="21"/>
                <w:szCs w:val="21"/>
              </w:rPr>
            </w:pPr>
            <w:proofErr w:type="spellStart"/>
            <w:r w:rsidRPr="00A714B8">
              <w:rPr>
                <w:rFonts w:ascii="Meiryo UI" w:eastAsia="Meiryo UI" w:hAnsi="Meiryo UI"/>
                <w:b/>
                <w:color w:val="183B56"/>
                <w:sz w:val="21"/>
                <w:szCs w:val="21"/>
              </w:rPr>
              <w:t>診療科</w:t>
            </w:r>
            <w:proofErr w:type="spellEnd"/>
          </w:p>
        </w:tc>
        <w:tc>
          <w:tcPr>
            <w:tcW w:w="3617" w:type="dxa"/>
            <w:gridSpan w:val="3"/>
            <w:tcBorders>
              <w:top w:val="single" w:sz="5" w:space="0" w:color="9AAEB9"/>
              <w:left w:val="single" w:sz="5" w:space="0" w:color="9AAEB9"/>
              <w:bottom w:val="single" w:sz="5" w:space="0" w:color="9AAEB9"/>
              <w:right w:val="single" w:sz="5" w:space="0" w:color="9AAEB9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08CAB3B" w14:textId="77777777" w:rsidR="0057541B" w:rsidRPr="00A714B8" w:rsidRDefault="0057541B">
            <w:pPr>
              <w:rPr>
                <w:rFonts w:ascii="Meiryo UI" w:eastAsia="Meiryo UI" w:hAnsi="Meiryo UI"/>
                <w:sz w:val="21"/>
                <w:szCs w:val="21"/>
              </w:rPr>
            </w:pPr>
          </w:p>
        </w:tc>
      </w:tr>
      <w:tr w:rsidR="0057541B" w:rsidRPr="00A714B8" w14:paraId="31E12DD0" w14:textId="77777777" w:rsidTr="00A714B8">
        <w:trPr>
          <w:cantSplit/>
          <w:trHeight w:val="312"/>
          <w:jc w:val="center"/>
        </w:trPr>
        <w:tc>
          <w:tcPr>
            <w:tcW w:w="1696" w:type="dxa"/>
            <w:tcBorders>
              <w:top w:val="single" w:sz="5" w:space="0" w:color="9AAEB9"/>
              <w:left w:val="single" w:sz="5" w:space="0" w:color="9AAEB9"/>
              <w:bottom w:val="single" w:sz="5" w:space="0" w:color="9AAEB9"/>
              <w:right w:val="single" w:sz="5" w:space="0" w:color="9AAEB9"/>
            </w:tcBorders>
            <w:shd w:val="clear" w:color="auto" w:fill="EAF2F6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7EFDF19" w14:textId="77777777" w:rsidR="0057541B" w:rsidRPr="00A714B8" w:rsidRDefault="0033080D">
            <w:pPr>
              <w:rPr>
                <w:rFonts w:ascii="Meiryo UI" w:eastAsia="Meiryo UI" w:hAnsi="Meiryo UI"/>
                <w:sz w:val="21"/>
                <w:szCs w:val="21"/>
              </w:rPr>
            </w:pPr>
            <w:proofErr w:type="spellStart"/>
            <w:r w:rsidRPr="00A714B8">
              <w:rPr>
                <w:rFonts w:ascii="Meiryo UI" w:eastAsia="Meiryo UI" w:hAnsi="Meiryo UI"/>
                <w:b/>
                <w:color w:val="183B56"/>
                <w:sz w:val="21"/>
                <w:szCs w:val="21"/>
              </w:rPr>
              <w:t>電話番号</w:t>
            </w:r>
            <w:proofErr w:type="spellEnd"/>
          </w:p>
        </w:tc>
        <w:tc>
          <w:tcPr>
            <w:tcW w:w="3592" w:type="dxa"/>
            <w:gridSpan w:val="2"/>
            <w:tcBorders>
              <w:top w:val="single" w:sz="5" w:space="0" w:color="9AAEB9"/>
              <w:left w:val="single" w:sz="5" w:space="0" w:color="9AAEB9"/>
              <w:bottom w:val="single" w:sz="5" w:space="0" w:color="9AAEB9"/>
              <w:right w:val="single" w:sz="5" w:space="0" w:color="9AAEB9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84EC1D5" w14:textId="77777777" w:rsidR="0057541B" w:rsidRPr="00A714B8" w:rsidRDefault="0057541B">
            <w:pPr>
              <w:rPr>
                <w:rFonts w:ascii="Meiryo UI" w:eastAsia="Meiryo UI" w:hAnsi="Meiryo UI"/>
                <w:sz w:val="21"/>
                <w:szCs w:val="21"/>
              </w:rPr>
            </w:pPr>
          </w:p>
        </w:tc>
        <w:tc>
          <w:tcPr>
            <w:tcW w:w="1697" w:type="dxa"/>
            <w:tcBorders>
              <w:top w:val="single" w:sz="5" w:space="0" w:color="9AAEB9"/>
              <w:left w:val="single" w:sz="5" w:space="0" w:color="9AAEB9"/>
              <w:bottom w:val="single" w:sz="5" w:space="0" w:color="9AAEB9"/>
              <w:right w:val="single" w:sz="5" w:space="0" w:color="9AAEB9"/>
            </w:tcBorders>
            <w:shd w:val="clear" w:color="auto" w:fill="EAF2F6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06EFCF9" w14:textId="77777777" w:rsidR="0057541B" w:rsidRPr="00A714B8" w:rsidRDefault="0033080D">
            <w:pPr>
              <w:rPr>
                <w:rFonts w:ascii="Meiryo UI" w:eastAsia="Meiryo UI" w:hAnsi="Meiryo UI"/>
                <w:sz w:val="21"/>
                <w:szCs w:val="21"/>
              </w:rPr>
            </w:pPr>
            <w:proofErr w:type="spellStart"/>
            <w:r w:rsidRPr="00A714B8">
              <w:rPr>
                <w:rFonts w:ascii="Meiryo UI" w:eastAsia="Meiryo UI" w:hAnsi="Meiryo UI"/>
                <w:b/>
                <w:color w:val="183B56"/>
                <w:sz w:val="21"/>
                <w:szCs w:val="21"/>
              </w:rPr>
              <w:t>FAX</w:t>
            </w:r>
            <w:r w:rsidRPr="00A714B8">
              <w:rPr>
                <w:rFonts w:ascii="Meiryo UI" w:eastAsia="Meiryo UI" w:hAnsi="Meiryo UI"/>
                <w:b/>
                <w:color w:val="183B56"/>
                <w:sz w:val="21"/>
                <w:szCs w:val="21"/>
              </w:rPr>
              <w:t>番号</w:t>
            </w:r>
            <w:proofErr w:type="spellEnd"/>
          </w:p>
        </w:tc>
        <w:tc>
          <w:tcPr>
            <w:tcW w:w="3617" w:type="dxa"/>
            <w:gridSpan w:val="3"/>
            <w:tcBorders>
              <w:top w:val="single" w:sz="5" w:space="0" w:color="9AAEB9"/>
              <w:left w:val="single" w:sz="5" w:space="0" w:color="9AAEB9"/>
              <w:bottom w:val="single" w:sz="5" w:space="0" w:color="9AAEB9"/>
              <w:right w:val="single" w:sz="5" w:space="0" w:color="9AAEB9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CEB81D9" w14:textId="77777777" w:rsidR="0057541B" w:rsidRPr="00A714B8" w:rsidRDefault="0057541B">
            <w:pPr>
              <w:rPr>
                <w:rFonts w:ascii="Meiryo UI" w:eastAsia="Meiryo UI" w:hAnsi="Meiryo UI"/>
                <w:sz w:val="21"/>
                <w:szCs w:val="21"/>
              </w:rPr>
            </w:pPr>
          </w:p>
        </w:tc>
      </w:tr>
    </w:tbl>
    <w:p w14:paraId="26A74A8C" w14:textId="04886C8B" w:rsidR="0057541B" w:rsidRDefault="0057541B">
      <w:pPr>
        <w:spacing w:line="60" w:lineRule="exact"/>
        <w:rPr>
          <w:rFonts w:ascii="Meiryo UI" w:eastAsia="Meiryo UI" w:hAnsi="Meiryo UI"/>
          <w:sz w:val="10"/>
          <w:szCs w:val="10"/>
          <w:lang w:eastAsia="ja-JP"/>
        </w:rPr>
      </w:pPr>
    </w:p>
    <w:p w14:paraId="1D0B0695" w14:textId="77777777" w:rsidR="00467D72" w:rsidRDefault="00467D72">
      <w:pPr>
        <w:spacing w:line="60" w:lineRule="exact"/>
        <w:rPr>
          <w:rFonts w:ascii="Meiryo UI" w:eastAsia="Meiryo UI" w:hAnsi="Meiryo UI"/>
          <w:sz w:val="10"/>
          <w:szCs w:val="10"/>
          <w:lang w:eastAsia="ja-JP"/>
        </w:rPr>
      </w:pPr>
    </w:p>
    <w:p w14:paraId="16535D98" w14:textId="77777777" w:rsidR="00467D72" w:rsidRPr="00813216" w:rsidRDefault="00467D72">
      <w:pPr>
        <w:spacing w:line="60" w:lineRule="exact"/>
        <w:rPr>
          <w:rFonts w:ascii="Meiryo UI" w:eastAsia="Meiryo UI" w:hAnsi="Meiryo UI"/>
          <w:sz w:val="10"/>
          <w:szCs w:val="10"/>
          <w:lang w:eastAsia="ja-JP"/>
        </w:rPr>
      </w:pPr>
    </w:p>
    <w:tbl>
      <w:tblPr>
        <w:tblW w:w="10602" w:type="dxa"/>
        <w:jc w:val="center"/>
        <w:tblLayout w:type="fixed"/>
        <w:tblLook w:val="04A0" w:firstRow="1" w:lastRow="0" w:firstColumn="1" w:lastColumn="0" w:noHBand="0" w:noVBand="1"/>
      </w:tblPr>
      <w:tblGrid>
        <w:gridCol w:w="10602"/>
      </w:tblGrid>
      <w:tr w:rsidR="0057541B" w:rsidRPr="00A714B8" w14:paraId="0AE519B9" w14:textId="77777777">
        <w:trPr>
          <w:cantSplit/>
          <w:jc w:val="center"/>
        </w:trPr>
        <w:tc>
          <w:tcPr>
            <w:tcW w:w="10602" w:type="dxa"/>
            <w:tcBorders>
              <w:top w:val="single" w:sz="5" w:space="0" w:color="9AAEB9"/>
              <w:left w:val="single" w:sz="5" w:space="0" w:color="9AAEB9"/>
              <w:bottom w:val="single" w:sz="5" w:space="0" w:color="9AAEB9"/>
              <w:right w:val="single" w:sz="5" w:space="0" w:color="9AAEB9"/>
            </w:tcBorders>
            <w:shd w:val="clear" w:color="auto" w:fill="183B56"/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7AE3A95C" w14:textId="27E571A2" w:rsidR="0057541B" w:rsidRPr="003C0308" w:rsidRDefault="0033080D" w:rsidP="003C0308">
            <w:pPr>
              <w:pStyle w:val="ae"/>
              <w:numPr>
                <w:ilvl w:val="0"/>
                <w:numId w:val="10"/>
              </w:numPr>
              <w:rPr>
                <w:rFonts w:ascii="Meiryo UI" w:eastAsia="Meiryo UI" w:hAnsi="Meiryo UI"/>
                <w:sz w:val="21"/>
                <w:szCs w:val="21"/>
              </w:rPr>
            </w:pPr>
            <w:proofErr w:type="spellStart"/>
            <w:r w:rsidRPr="00FB1333">
              <w:rPr>
                <w:rFonts w:ascii="Meiryo UI" w:eastAsia="Meiryo UI" w:hAnsi="Meiryo UI"/>
                <w:b/>
                <w:color w:val="FFFFFF"/>
                <w:sz w:val="22"/>
              </w:rPr>
              <w:t>診療依頼内容</w:t>
            </w:r>
            <w:proofErr w:type="spellEnd"/>
          </w:p>
        </w:tc>
      </w:tr>
    </w:tbl>
    <w:p w14:paraId="121885E2" w14:textId="037F89B5" w:rsidR="0057541B" w:rsidRPr="000447A8" w:rsidRDefault="0033080D">
      <w:pPr>
        <w:spacing w:after="20"/>
        <w:rPr>
          <w:rFonts w:ascii="Meiryo UI" w:eastAsia="Meiryo UI" w:hAnsi="Meiryo UI"/>
          <w:sz w:val="18"/>
          <w:szCs w:val="18"/>
          <w:u w:val="wave"/>
          <w:lang w:eastAsia="ja-JP"/>
        </w:rPr>
      </w:pPr>
      <w:r w:rsidRPr="000447A8">
        <w:rPr>
          <w:rFonts w:ascii="Meiryo UI" w:eastAsia="Meiryo UI" w:hAnsi="Meiryo UI"/>
          <w:color w:val="526575"/>
          <w:sz w:val="18"/>
          <w:szCs w:val="18"/>
          <w:u w:val="wave"/>
          <w:lang w:eastAsia="ja-JP"/>
        </w:rPr>
        <w:t>※</w:t>
      </w:r>
      <w:r w:rsidR="00A3778B" w:rsidRPr="000447A8">
        <w:rPr>
          <w:rFonts w:ascii="Meiryo UI" w:eastAsia="Meiryo UI" w:hAnsi="Meiryo UI"/>
          <w:color w:val="526575"/>
          <w:sz w:val="18"/>
          <w:szCs w:val="18"/>
          <w:u w:val="wave"/>
          <w:lang w:eastAsia="ja-JP"/>
        </w:rPr>
        <w:t>FAX申込時に「診療情報提供書」添付の場合、傷病名又は症状・紹介目的</w:t>
      </w:r>
      <w:r w:rsidR="00126995" w:rsidRPr="000447A8">
        <w:rPr>
          <w:rFonts w:ascii="Meiryo UI" w:eastAsia="Meiryo UI" w:hAnsi="Meiryo UI" w:hint="eastAsia"/>
          <w:color w:val="526575"/>
          <w:sz w:val="18"/>
          <w:szCs w:val="18"/>
          <w:u w:val="wave"/>
          <w:lang w:eastAsia="ja-JP"/>
        </w:rPr>
        <w:t>欄</w:t>
      </w:r>
      <w:r w:rsidR="00A3778B" w:rsidRPr="000447A8">
        <w:rPr>
          <w:rFonts w:ascii="Meiryo UI" w:eastAsia="Meiryo UI" w:hAnsi="Meiryo UI"/>
          <w:color w:val="526575"/>
          <w:sz w:val="18"/>
          <w:szCs w:val="18"/>
          <w:u w:val="wave"/>
          <w:lang w:eastAsia="ja-JP"/>
        </w:rPr>
        <w:t>について記載不要です。</w:t>
      </w:r>
      <w:r w:rsidR="00CE2CCF" w:rsidRPr="000447A8">
        <w:rPr>
          <w:rFonts w:ascii="Meiryo UI" w:eastAsia="Meiryo UI" w:hAnsi="Meiryo UI" w:hint="eastAsia"/>
          <w:color w:val="526575"/>
          <w:sz w:val="18"/>
          <w:szCs w:val="18"/>
          <w:u w:val="wave"/>
          <w:lang w:eastAsia="ja-JP"/>
        </w:rPr>
        <w:t>なお、</w:t>
      </w:r>
      <w:r w:rsidRPr="000447A8">
        <w:rPr>
          <w:rFonts w:ascii="Meiryo UI" w:eastAsia="Meiryo UI" w:hAnsi="Meiryo UI"/>
          <w:color w:val="526575"/>
          <w:sz w:val="18"/>
          <w:szCs w:val="18"/>
          <w:u w:val="wave"/>
          <w:lang w:eastAsia="ja-JP"/>
        </w:rPr>
        <w:t>申込時にご提出が無い場合、必要に応じて「診療情報提供書」や検査データ等の添付をお願いする場合があります。</w:t>
      </w:r>
    </w:p>
    <w:tbl>
      <w:tblPr>
        <w:tblW w:w="10627" w:type="dxa"/>
        <w:jc w:val="center"/>
        <w:tblLayout w:type="fixed"/>
        <w:tblLook w:val="04A0" w:firstRow="1" w:lastRow="0" w:firstColumn="1" w:lastColumn="0" w:noHBand="0" w:noVBand="1"/>
      </w:tblPr>
      <w:tblGrid>
        <w:gridCol w:w="24"/>
        <w:gridCol w:w="1701"/>
        <w:gridCol w:w="3533"/>
        <w:gridCol w:w="57"/>
        <w:gridCol w:w="1644"/>
        <w:gridCol w:w="53"/>
        <w:gridCol w:w="3500"/>
        <w:gridCol w:w="87"/>
        <w:gridCol w:w="28"/>
      </w:tblGrid>
      <w:tr w:rsidR="009A6A6C" w:rsidRPr="00A714B8" w14:paraId="31B01275" w14:textId="77777777" w:rsidTr="0022781E">
        <w:trPr>
          <w:gridBefore w:val="1"/>
          <w:wBefore w:w="24" w:type="dxa"/>
          <w:cantSplit/>
          <w:trHeight w:val="295"/>
          <w:jc w:val="center"/>
        </w:trPr>
        <w:tc>
          <w:tcPr>
            <w:tcW w:w="1701" w:type="dxa"/>
            <w:tcBorders>
              <w:top w:val="single" w:sz="5" w:space="0" w:color="9AAEB9"/>
              <w:left w:val="single" w:sz="5" w:space="0" w:color="9AAEB9"/>
              <w:bottom w:val="single" w:sz="5" w:space="0" w:color="9AAEB9"/>
              <w:right w:val="single" w:sz="5" w:space="0" w:color="9AAEB9"/>
            </w:tcBorders>
            <w:shd w:val="clear" w:color="auto" w:fill="EAF2F6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3DE5BDC" w14:textId="4B1BA820" w:rsidR="009A6A6C" w:rsidRPr="00A714B8" w:rsidRDefault="009A6A6C" w:rsidP="009A6A6C">
            <w:pPr>
              <w:rPr>
                <w:rFonts w:ascii="Meiryo UI" w:eastAsia="Meiryo UI" w:hAnsi="Meiryo UI"/>
                <w:b/>
                <w:color w:val="183B56"/>
                <w:sz w:val="21"/>
                <w:szCs w:val="21"/>
              </w:rPr>
            </w:pPr>
            <w:r>
              <w:rPr>
                <w:rFonts w:ascii="Meiryo UI" w:eastAsia="Meiryo UI" w:hAnsi="Meiryo UI" w:hint="eastAsia"/>
                <w:b/>
                <w:color w:val="183B56"/>
                <w:sz w:val="21"/>
                <w:szCs w:val="21"/>
                <w:lang w:eastAsia="ja-JP"/>
              </w:rPr>
              <w:t>診療科</w:t>
            </w:r>
          </w:p>
        </w:tc>
        <w:tc>
          <w:tcPr>
            <w:tcW w:w="3533" w:type="dxa"/>
            <w:tcBorders>
              <w:top w:val="single" w:sz="5" w:space="0" w:color="9AAEB9"/>
              <w:left w:val="single" w:sz="5" w:space="0" w:color="9AAEB9"/>
              <w:bottom w:val="single" w:sz="5" w:space="0" w:color="9AAEB9"/>
              <w:right w:val="single" w:sz="5" w:space="0" w:color="9AAEB9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A8BC173" w14:textId="6A56A720" w:rsidR="009A6A6C" w:rsidRPr="00A714B8" w:rsidRDefault="009A6A6C" w:rsidP="009A6A6C">
            <w:pPr>
              <w:ind w:firstLineChars="400" w:firstLine="840"/>
              <w:rPr>
                <w:rFonts w:ascii="Meiryo UI" w:eastAsia="Meiryo UI" w:hAnsi="Meiryo UI"/>
                <w:color w:val="526575"/>
                <w:sz w:val="21"/>
                <w:szCs w:val="21"/>
                <w:lang w:eastAsia="ja-JP"/>
              </w:rPr>
            </w:pPr>
            <w:r>
              <w:rPr>
                <w:rFonts w:ascii="Meiryo UI" w:eastAsia="Meiryo UI" w:hAnsi="Meiryo UI" w:hint="eastAsia"/>
                <w:color w:val="526575"/>
                <w:sz w:val="21"/>
                <w:szCs w:val="21"/>
                <w:lang w:eastAsia="ja-JP"/>
              </w:rPr>
              <w:t xml:space="preserve">　　　　　　　　　　　　　　科</w:t>
            </w:r>
          </w:p>
        </w:tc>
        <w:tc>
          <w:tcPr>
            <w:tcW w:w="1701" w:type="dxa"/>
            <w:gridSpan w:val="2"/>
            <w:tcBorders>
              <w:top w:val="single" w:sz="5" w:space="0" w:color="9AAEB9"/>
              <w:left w:val="single" w:sz="5" w:space="0" w:color="9AAEB9"/>
              <w:bottom w:val="single" w:sz="5" w:space="0" w:color="9AAEB9"/>
              <w:right w:val="single" w:sz="5" w:space="0" w:color="9AAEB9"/>
            </w:tcBorders>
            <w:shd w:val="clear" w:color="auto" w:fill="EAF2F6"/>
            <w:vAlign w:val="center"/>
          </w:tcPr>
          <w:p w14:paraId="2E8903DD" w14:textId="07D63891" w:rsidR="009A6A6C" w:rsidRPr="00A714B8" w:rsidRDefault="009A6A6C" w:rsidP="009A6A6C">
            <w:pPr>
              <w:jc w:val="both"/>
              <w:rPr>
                <w:rFonts w:ascii="Meiryo UI" w:eastAsia="Meiryo UI" w:hAnsi="Meiryo UI"/>
                <w:color w:val="526575"/>
                <w:sz w:val="21"/>
                <w:szCs w:val="21"/>
                <w:lang w:eastAsia="ja-JP"/>
              </w:rPr>
            </w:pPr>
            <w:r>
              <w:rPr>
                <w:rFonts w:ascii="Meiryo UI" w:eastAsia="Meiryo UI" w:hAnsi="Meiryo UI" w:hint="eastAsia"/>
                <w:b/>
                <w:color w:val="183B56"/>
                <w:sz w:val="21"/>
                <w:szCs w:val="21"/>
                <w:lang w:eastAsia="ja-JP"/>
              </w:rPr>
              <w:t>担当医</w:t>
            </w:r>
            <w:r w:rsidR="001A3992">
              <w:rPr>
                <w:rFonts w:ascii="Meiryo UI" w:eastAsia="Meiryo UI" w:hAnsi="Meiryo UI" w:hint="eastAsia"/>
                <w:b/>
                <w:color w:val="183B56"/>
                <w:sz w:val="21"/>
                <w:szCs w:val="21"/>
                <w:lang w:eastAsia="ja-JP"/>
              </w:rPr>
              <w:t>名</w:t>
            </w:r>
          </w:p>
        </w:tc>
        <w:tc>
          <w:tcPr>
            <w:tcW w:w="3668" w:type="dxa"/>
            <w:gridSpan w:val="4"/>
            <w:tcBorders>
              <w:top w:val="single" w:sz="5" w:space="0" w:color="9AAEB9"/>
              <w:left w:val="single" w:sz="5" w:space="0" w:color="9AAEB9"/>
              <w:bottom w:val="single" w:sz="5" w:space="0" w:color="9AAEB9"/>
              <w:right w:val="single" w:sz="5" w:space="0" w:color="9AAEB9"/>
            </w:tcBorders>
            <w:vAlign w:val="center"/>
          </w:tcPr>
          <w:p w14:paraId="1476EEB3" w14:textId="2921A38B" w:rsidR="009A6A6C" w:rsidRPr="00A714B8" w:rsidRDefault="009A6A6C" w:rsidP="009A6A6C">
            <w:pPr>
              <w:rPr>
                <w:rFonts w:ascii="Meiryo UI" w:eastAsia="Meiryo UI" w:hAnsi="Meiryo UI"/>
                <w:color w:val="526575"/>
                <w:sz w:val="21"/>
                <w:szCs w:val="21"/>
                <w:lang w:eastAsia="ja-JP"/>
              </w:rPr>
            </w:pPr>
          </w:p>
        </w:tc>
      </w:tr>
      <w:tr w:rsidR="009A6A6C" w:rsidRPr="00A714B8" w14:paraId="5B31D329" w14:textId="77777777" w:rsidTr="002D2A9D">
        <w:trPr>
          <w:gridBefore w:val="1"/>
          <w:wBefore w:w="24" w:type="dxa"/>
          <w:cantSplit/>
          <w:trHeight w:val="295"/>
          <w:jc w:val="center"/>
        </w:trPr>
        <w:tc>
          <w:tcPr>
            <w:tcW w:w="1701" w:type="dxa"/>
            <w:tcBorders>
              <w:top w:val="single" w:sz="5" w:space="0" w:color="9AAEB9"/>
              <w:left w:val="single" w:sz="5" w:space="0" w:color="9AAEB9"/>
              <w:bottom w:val="single" w:sz="5" w:space="0" w:color="9AAEB9"/>
              <w:right w:val="single" w:sz="5" w:space="0" w:color="9AAEB9"/>
            </w:tcBorders>
            <w:shd w:val="clear" w:color="auto" w:fill="EAF2F6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B592AA4" w14:textId="2E142DCC" w:rsidR="009A6A6C" w:rsidRDefault="009A6A6C" w:rsidP="009A6A6C">
            <w:pPr>
              <w:rPr>
                <w:rFonts w:ascii="Meiryo UI" w:eastAsia="Meiryo UI" w:hAnsi="Meiryo UI"/>
                <w:b/>
                <w:color w:val="183B56"/>
                <w:sz w:val="21"/>
                <w:szCs w:val="21"/>
                <w:lang w:eastAsia="ja-JP"/>
              </w:rPr>
            </w:pPr>
            <w:r>
              <w:rPr>
                <w:rFonts w:ascii="Meiryo UI" w:eastAsia="Meiryo UI" w:hAnsi="Meiryo UI" w:hint="eastAsia"/>
                <w:b/>
                <w:color w:val="183B56"/>
                <w:sz w:val="21"/>
                <w:szCs w:val="21"/>
                <w:lang w:eastAsia="ja-JP"/>
              </w:rPr>
              <w:t>第1</w:t>
            </w:r>
            <w:r w:rsidRPr="00A714B8">
              <w:rPr>
                <w:rFonts w:ascii="Meiryo UI" w:eastAsia="Meiryo UI" w:hAnsi="Meiryo UI"/>
                <w:b/>
                <w:color w:val="183B56"/>
                <w:sz w:val="21"/>
                <w:szCs w:val="21"/>
              </w:rPr>
              <w:t>希望</w:t>
            </w:r>
            <w:r w:rsidRPr="008B1D94">
              <w:rPr>
                <w:rFonts w:ascii="Meiryo UI" w:eastAsia="Meiryo UI" w:hAnsi="Meiryo UI"/>
                <w:b/>
                <w:color w:val="183B56"/>
                <w:sz w:val="21"/>
                <w:szCs w:val="21"/>
              </w:rPr>
              <w:t>受診</w:t>
            </w:r>
            <w:r w:rsidRPr="00A714B8">
              <w:rPr>
                <w:rFonts w:ascii="Meiryo UI" w:eastAsia="Meiryo UI" w:hAnsi="Meiryo UI"/>
                <w:b/>
                <w:color w:val="183B56"/>
                <w:sz w:val="21"/>
                <w:szCs w:val="21"/>
              </w:rPr>
              <w:t>日</w:t>
            </w:r>
          </w:p>
        </w:tc>
        <w:tc>
          <w:tcPr>
            <w:tcW w:w="8902" w:type="dxa"/>
            <w:gridSpan w:val="7"/>
            <w:tcBorders>
              <w:top w:val="single" w:sz="5" w:space="0" w:color="9AAEB9"/>
              <w:left w:val="single" w:sz="5" w:space="0" w:color="9AAEB9"/>
              <w:bottom w:val="single" w:sz="5" w:space="0" w:color="9AAEB9"/>
              <w:right w:val="single" w:sz="5" w:space="0" w:color="9AAEB9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6C5BEB4" w14:textId="572DB31D" w:rsidR="009A6A6C" w:rsidRDefault="009A6A6C" w:rsidP="009A6A6C">
            <w:pPr>
              <w:ind w:firstLineChars="400" w:firstLine="840"/>
              <w:rPr>
                <w:rFonts w:ascii="Meiryo UI" w:eastAsia="Meiryo UI" w:hAnsi="Meiryo UI"/>
                <w:color w:val="526575"/>
                <w:sz w:val="21"/>
                <w:szCs w:val="21"/>
                <w:lang w:eastAsia="ja-JP"/>
              </w:rPr>
            </w:pPr>
            <w:r>
              <w:rPr>
                <w:rFonts w:ascii="Meiryo UI" w:eastAsia="Meiryo UI" w:hAnsi="Meiryo UI" w:hint="eastAsia"/>
                <w:color w:val="526575"/>
                <w:sz w:val="21"/>
                <w:szCs w:val="21"/>
                <w:lang w:eastAsia="ja-JP"/>
              </w:rPr>
              <w:t xml:space="preserve">　　　　　</w:t>
            </w:r>
            <w:r w:rsidRPr="00A714B8">
              <w:rPr>
                <w:rFonts w:ascii="Meiryo UI" w:eastAsia="Meiryo UI" w:hAnsi="Meiryo UI"/>
                <w:color w:val="526575"/>
                <w:sz w:val="21"/>
                <w:szCs w:val="21"/>
              </w:rPr>
              <w:t xml:space="preserve">　</w:t>
            </w:r>
            <w:r>
              <w:rPr>
                <w:rFonts w:ascii="Meiryo UI" w:eastAsia="Meiryo UI" w:hAnsi="Meiryo UI" w:hint="eastAsia"/>
                <w:color w:val="526575"/>
                <w:sz w:val="21"/>
                <w:szCs w:val="21"/>
                <w:lang w:eastAsia="ja-JP"/>
              </w:rPr>
              <w:t xml:space="preserve">　　　</w:t>
            </w:r>
            <w:r w:rsidRPr="00A714B8">
              <w:rPr>
                <w:rFonts w:ascii="Meiryo UI" w:eastAsia="Meiryo UI" w:hAnsi="Meiryo UI"/>
                <w:color w:val="526575"/>
                <w:sz w:val="21"/>
                <w:szCs w:val="21"/>
              </w:rPr>
              <w:t>年</w:t>
            </w:r>
            <w:r>
              <w:rPr>
                <w:rFonts w:ascii="Meiryo UI" w:eastAsia="Meiryo UI" w:hAnsi="Meiryo UI" w:hint="eastAsia"/>
                <w:color w:val="526575"/>
                <w:sz w:val="21"/>
                <w:szCs w:val="21"/>
                <w:lang w:eastAsia="ja-JP"/>
              </w:rPr>
              <w:t xml:space="preserve">　　　　　　</w:t>
            </w:r>
            <w:r w:rsidRPr="00A714B8">
              <w:rPr>
                <w:rFonts w:ascii="Meiryo UI" w:eastAsia="Meiryo UI" w:hAnsi="Meiryo UI"/>
                <w:color w:val="526575"/>
                <w:sz w:val="21"/>
                <w:szCs w:val="21"/>
              </w:rPr>
              <w:t xml:space="preserve">　</w:t>
            </w:r>
            <w:r>
              <w:rPr>
                <w:rFonts w:ascii="Meiryo UI" w:eastAsia="Meiryo UI" w:hAnsi="Meiryo UI" w:hint="eastAsia"/>
                <w:color w:val="526575"/>
                <w:sz w:val="21"/>
                <w:szCs w:val="21"/>
                <w:lang w:eastAsia="ja-JP"/>
              </w:rPr>
              <w:t xml:space="preserve">　　</w:t>
            </w:r>
            <w:r w:rsidRPr="00A714B8">
              <w:rPr>
                <w:rFonts w:ascii="Meiryo UI" w:eastAsia="Meiryo UI" w:hAnsi="Meiryo UI"/>
                <w:color w:val="526575"/>
                <w:sz w:val="21"/>
                <w:szCs w:val="21"/>
              </w:rPr>
              <w:t>月</w:t>
            </w:r>
            <w:r>
              <w:rPr>
                <w:rFonts w:ascii="Meiryo UI" w:eastAsia="Meiryo UI" w:hAnsi="Meiryo UI" w:hint="eastAsia"/>
                <w:color w:val="526575"/>
                <w:sz w:val="21"/>
                <w:szCs w:val="21"/>
                <w:lang w:eastAsia="ja-JP"/>
              </w:rPr>
              <w:t xml:space="preserve">　　　　</w:t>
            </w:r>
            <w:r w:rsidRPr="00A714B8">
              <w:rPr>
                <w:rFonts w:ascii="Meiryo UI" w:eastAsia="Meiryo UI" w:hAnsi="Meiryo UI"/>
                <w:color w:val="526575"/>
                <w:sz w:val="21"/>
                <w:szCs w:val="21"/>
              </w:rPr>
              <w:t xml:space="preserve">　</w:t>
            </w:r>
            <w:r>
              <w:rPr>
                <w:rFonts w:ascii="Meiryo UI" w:eastAsia="Meiryo UI" w:hAnsi="Meiryo UI" w:hint="eastAsia"/>
                <w:color w:val="526575"/>
                <w:sz w:val="21"/>
                <w:szCs w:val="21"/>
                <w:lang w:eastAsia="ja-JP"/>
              </w:rPr>
              <w:t xml:space="preserve">　　　</w:t>
            </w:r>
            <w:r w:rsidRPr="00A714B8">
              <w:rPr>
                <w:rFonts w:ascii="Meiryo UI" w:eastAsia="Meiryo UI" w:hAnsi="Meiryo UI"/>
                <w:color w:val="526575"/>
                <w:sz w:val="21"/>
                <w:szCs w:val="21"/>
              </w:rPr>
              <w:t>日</w:t>
            </w:r>
            <w:r>
              <w:rPr>
                <w:rFonts w:ascii="Meiryo UI" w:eastAsia="Meiryo UI" w:hAnsi="Meiryo UI" w:hint="eastAsia"/>
                <w:color w:val="526575"/>
                <w:sz w:val="21"/>
                <w:szCs w:val="21"/>
                <w:lang w:eastAsia="ja-JP"/>
              </w:rPr>
              <w:t xml:space="preserve">　</w:t>
            </w:r>
            <w:r w:rsidRPr="00A714B8">
              <w:rPr>
                <w:rFonts w:ascii="Meiryo UI" w:eastAsia="Meiryo UI" w:hAnsi="Meiryo UI"/>
                <w:color w:val="526575"/>
                <w:sz w:val="21"/>
                <w:szCs w:val="21"/>
              </w:rPr>
              <w:t>（</w:t>
            </w:r>
            <w:r>
              <w:rPr>
                <w:rFonts w:ascii="Meiryo UI" w:eastAsia="Meiryo UI" w:hAnsi="Meiryo UI" w:hint="eastAsia"/>
                <w:color w:val="526575"/>
                <w:sz w:val="21"/>
                <w:szCs w:val="21"/>
                <w:lang w:eastAsia="ja-JP"/>
              </w:rPr>
              <w:t xml:space="preserve">　　　　　　　</w:t>
            </w:r>
            <w:r w:rsidRPr="00A714B8">
              <w:rPr>
                <w:rFonts w:ascii="Meiryo UI" w:eastAsia="Meiryo UI" w:hAnsi="Meiryo UI"/>
                <w:color w:val="526575"/>
                <w:sz w:val="21"/>
                <w:szCs w:val="21"/>
              </w:rPr>
              <w:t xml:space="preserve">　）　</w:t>
            </w:r>
          </w:p>
        </w:tc>
      </w:tr>
      <w:tr w:rsidR="009A6A6C" w:rsidRPr="00A714B8" w14:paraId="1CB0686A" w14:textId="77777777" w:rsidTr="002D2A9D">
        <w:trPr>
          <w:gridBefore w:val="1"/>
          <w:wBefore w:w="24" w:type="dxa"/>
          <w:cantSplit/>
          <w:trHeight w:val="295"/>
          <w:jc w:val="center"/>
        </w:trPr>
        <w:tc>
          <w:tcPr>
            <w:tcW w:w="1701" w:type="dxa"/>
            <w:tcBorders>
              <w:top w:val="single" w:sz="5" w:space="0" w:color="9AAEB9"/>
              <w:left w:val="single" w:sz="5" w:space="0" w:color="9AAEB9"/>
              <w:bottom w:val="single" w:sz="5" w:space="0" w:color="9AAEB9"/>
              <w:right w:val="single" w:sz="5" w:space="0" w:color="9AAEB9"/>
            </w:tcBorders>
            <w:shd w:val="clear" w:color="auto" w:fill="EAF2F6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5EF49C0" w14:textId="527DC370" w:rsidR="009A6A6C" w:rsidRPr="00A714B8" w:rsidRDefault="009A6A6C" w:rsidP="009A6A6C">
            <w:pPr>
              <w:rPr>
                <w:rFonts w:ascii="Meiryo UI" w:eastAsia="Meiryo UI" w:hAnsi="Meiryo UI"/>
                <w:sz w:val="21"/>
                <w:szCs w:val="21"/>
              </w:rPr>
            </w:pPr>
            <w:r>
              <w:rPr>
                <w:rFonts w:ascii="Meiryo UI" w:eastAsia="Meiryo UI" w:hAnsi="Meiryo UI" w:hint="eastAsia"/>
                <w:b/>
                <w:color w:val="183B56"/>
                <w:sz w:val="21"/>
                <w:szCs w:val="21"/>
                <w:lang w:eastAsia="ja-JP"/>
              </w:rPr>
              <w:t>第2</w:t>
            </w:r>
            <w:r w:rsidRPr="00A714B8">
              <w:rPr>
                <w:rFonts w:ascii="Meiryo UI" w:eastAsia="Meiryo UI" w:hAnsi="Meiryo UI"/>
                <w:b/>
                <w:color w:val="183B56"/>
                <w:sz w:val="21"/>
                <w:szCs w:val="21"/>
              </w:rPr>
              <w:t>希望</w:t>
            </w:r>
            <w:r w:rsidRPr="008B1D94">
              <w:rPr>
                <w:rFonts w:ascii="Meiryo UI" w:eastAsia="Meiryo UI" w:hAnsi="Meiryo UI"/>
                <w:b/>
                <w:color w:val="183B56"/>
                <w:sz w:val="21"/>
                <w:szCs w:val="21"/>
              </w:rPr>
              <w:t>受診</w:t>
            </w:r>
            <w:r w:rsidRPr="00A714B8">
              <w:rPr>
                <w:rFonts w:ascii="Meiryo UI" w:eastAsia="Meiryo UI" w:hAnsi="Meiryo UI"/>
                <w:b/>
                <w:color w:val="183B56"/>
                <w:sz w:val="21"/>
                <w:szCs w:val="21"/>
              </w:rPr>
              <w:t>日</w:t>
            </w:r>
          </w:p>
        </w:tc>
        <w:tc>
          <w:tcPr>
            <w:tcW w:w="8902" w:type="dxa"/>
            <w:gridSpan w:val="7"/>
            <w:tcBorders>
              <w:top w:val="single" w:sz="5" w:space="0" w:color="9AAEB9"/>
              <w:left w:val="single" w:sz="5" w:space="0" w:color="9AAEB9"/>
              <w:bottom w:val="single" w:sz="5" w:space="0" w:color="9AAEB9"/>
              <w:right w:val="single" w:sz="5" w:space="0" w:color="9AAEB9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7ED10F5" w14:textId="610188A9" w:rsidR="009A6A6C" w:rsidRPr="00A714B8" w:rsidRDefault="009A6A6C" w:rsidP="009A6A6C">
            <w:pPr>
              <w:ind w:firstLineChars="400" w:firstLine="840"/>
              <w:rPr>
                <w:rFonts w:ascii="Meiryo UI" w:eastAsia="Meiryo UI" w:hAnsi="Meiryo UI"/>
                <w:sz w:val="21"/>
                <w:szCs w:val="21"/>
              </w:rPr>
            </w:pPr>
            <w:r>
              <w:rPr>
                <w:rFonts w:ascii="Meiryo UI" w:eastAsia="Meiryo UI" w:hAnsi="Meiryo UI" w:hint="eastAsia"/>
                <w:color w:val="526575"/>
                <w:sz w:val="21"/>
                <w:szCs w:val="21"/>
                <w:lang w:eastAsia="ja-JP"/>
              </w:rPr>
              <w:t xml:space="preserve">　　　　　　　　</w:t>
            </w:r>
            <w:r w:rsidRPr="00A714B8">
              <w:rPr>
                <w:rFonts w:ascii="Meiryo UI" w:eastAsia="Meiryo UI" w:hAnsi="Meiryo UI"/>
                <w:color w:val="526575"/>
                <w:sz w:val="21"/>
                <w:szCs w:val="21"/>
              </w:rPr>
              <w:t xml:space="preserve">　年</w:t>
            </w:r>
            <w:r>
              <w:rPr>
                <w:rFonts w:ascii="Meiryo UI" w:eastAsia="Meiryo UI" w:hAnsi="Meiryo UI" w:hint="eastAsia"/>
                <w:color w:val="526575"/>
                <w:sz w:val="21"/>
                <w:szCs w:val="21"/>
                <w:lang w:eastAsia="ja-JP"/>
              </w:rPr>
              <w:t xml:space="preserve">　　　　　</w:t>
            </w:r>
            <w:r w:rsidRPr="00A714B8">
              <w:rPr>
                <w:rFonts w:ascii="Meiryo UI" w:eastAsia="Meiryo UI" w:hAnsi="Meiryo UI"/>
                <w:color w:val="526575"/>
                <w:sz w:val="21"/>
                <w:szCs w:val="21"/>
              </w:rPr>
              <w:t xml:space="preserve">　</w:t>
            </w:r>
            <w:r>
              <w:rPr>
                <w:rFonts w:ascii="Meiryo UI" w:eastAsia="Meiryo UI" w:hAnsi="Meiryo UI" w:hint="eastAsia"/>
                <w:color w:val="526575"/>
                <w:sz w:val="21"/>
                <w:szCs w:val="21"/>
                <w:lang w:eastAsia="ja-JP"/>
              </w:rPr>
              <w:t xml:space="preserve">　　　</w:t>
            </w:r>
            <w:r w:rsidRPr="00A714B8">
              <w:rPr>
                <w:rFonts w:ascii="Meiryo UI" w:eastAsia="Meiryo UI" w:hAnsi="Meiryo UI"/>
                <w:color w:val="526575"/>
                <w:sz w:val="21"/>
                <w:szCs w:val="21"/>
              </w:rPr>
              <w:t>月</w:t>
            </w:r>
            <w:r>
              <w:rPr>
                <w:rFonts w:ascii="Meiryo UI" w:eastAsia="Meiryo UI" w:hAnsi="Meiryo UI" w:hint="eastAsia"/>
                <w:color w:val="526575"/>
                <w:sz w:val="21"/>
                <w:szCs w:val="21"/>
                <w:lang w:eastAsia="ja-JP"/>
              </w:rPr>
              <w:t xml:space="preserve">　　　　</w:t>
            </w:r>
            <w:r w:rsidRPr="00A714B8">
              <w:rPr>
                <w:rFonts w:ascii="Meiryo UI" w:eastAsia="Meiryo UI" w:hAnsi="Meiryo UI"/>
                <w:color w:val="526575"/>
                <w:sz w:val="21"/>
                <w:szCs w:val="21"/>
              </w:rPr>
              <w:t xml:space="preserve">　</w:t>
            </w:r>
            <w:r>
              <w:rPr>
                <w:rFonts w:ascii="Meiryo UI" w:eastAsia="Meiryo UI" w:hAnsi="Meiryo UI" w:hint="eastAsia"/>
                <w:color w:val="526575"/>
                <w:sz w:val="21"/>
                <w:szCs w:val="21"/>
                <w:lang w:eastAsia="ja-JP"/>
              </w:rPr>
              <w:t xml:space="preserve">　　　</w:t>
            </w:r>
            <w:r w:rsidRPr="00A714B8">
              <w:rPr>
                <w:rFonts w:ascii="Meiryo UI" w:eastAsia="Meiryo UI" w:hAnsi="Meiryo UI"/>
                <w:color w:val="526575"/>
                <w:sz w:val="21"/>
                <w:szCs w:val="21"/>
              </w:rPr>
              <w:t>日</w:t>
            </w:r>
            <w:r>
              <w:rPr>
                <w:rFonts w:ascii="Meiryo UI" w:eastAsia="Meiryo UI" w:hAnsi="Meiryo UI" w:hint="eastAsia"/>
                <w:color w:val="526575"/>
                <w:sz w:val="21"/>
                <w:szCs w:val="21"/>
                <w:lang w:eastAsia="ja-JP"/>
              </w:rPr>
              <w:t xml:space="preserve">　</w:t>
            </w:r>
            <w:r w:rsidRPr="00A714B8">
              <w:rPr>
                <w:rFonts w:ascii="Meiryo UI" w:eastAsia="Meiryo UI" w:hAnsi="Meiryo UI"/>
                <w:color w:val="526575"/>
                <w:sz w:val="21"/>
                <w:szCs w:val="21"/>
              </w:rPr>
              <w:t>（</w:t>
            </w:r>
            <w:r>
              <w:rPr>
                <w:rFonts w:ascii="Meiryo UI" w:eastAsia="Meiryo UI" w:hAnsi="Meiryo UI" w:hint="eastAsia"/>
                <w:color w:val="526575"/>
                <w:sz w:val="21"/>
                <w:szCs w:val="21"/>
                <w:lang w:eastAsia="ja-JP"/>
              </w:rPr>
              <w:t xml:space="preserve">　　　　　　　</w:t>
            </w:r>
            <w:r w:rsidRPr="00A714B8">
              <w:rPr>
                <w:rFonts w:ascii="Meiryo UI" w:eastAsia="Meiryo UI" w:hAnsi="Meiryo UI"/>
                <w:color w:val="526575"/>
                <w:sz w:val="21"/>
                <w:szCs w:val="21"/>
              </w:rPr>
              <w:t xml:space="preserve">　）　</w:t>
            </w:r>
          </w:p>
        </w:tc>
      </w:tr>
      <w:tr w:rsidR="009A6A6C" w:rsidRPr="00A714B8" w14:paraId="67BF3F4F" w14:textId="77777777" w:rsidTr="002D2A9D">
        <w:trPr>
          <w:gridBefore w:val="1"/>
          <w:wBefore w:w="24" w:type="dxa"/>
          <w:cantSplit/>
          <w:trHeight w:val="329"/>
          <w:jc w:val="center"/>
        </w:trPr>
        <w:tc>
          <w:tcPr>
            <w:tcW w:w="1701" w:type="dxa"/>
            <w:tcBorders>
              <w:top w:val="single" w:sz="5" w:space="0" w:color="9AAEB9"/>
              <w:left w:val="single" w:sz="5" w:space="0" w:color="9AAEB9"/>
              <w:bottom w:val="single" w:sz="5" w:space="0" w:color="9AAEB9"/>
              <w:right w:val="single" w:sz="5" w:space="0" w:color="9AAEB9"/>
            </w:tcBorders>
            <w:shd w:val="clear" w:color="auto" w:fill="EAF2F6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EBFD56E" w14:textId="77777777" w:rsidR="009A6A6C" w:rsidRPr="00A714B8" w:rsidRDefault="009A6A6C" w:rsidP="009A6A6C">
            <w:pPr>
              <w:rPr>
                <w:rFonts w:ascii="Meiryo UI" w:eastAsia="Meiryo UI" w:hAnsi="Meiryo UI"/>
                <w:sz w:val="21"/>
                <w:szCs w:val="21"/>
              </w:rPr>
            </w:pPr>
            <w:proofErr w:type="spellStart"/>
            <w:r w:rsidRPr="00A714B8">
              <w:rPr>
                <w:rFonts w:ascii="Meiryo UI" w:eastAsia="Meiryo UI" w:hAnsi="Meiryo UI"/>
                <w:b/>
                <w:color w:val="183B56"/>
                <w:sz w:val="21"/>
                <w:szCs w:val="21"/>
              </w:rPr>
              <w:t>傷病名又は症状</w:t>
            </w:r>
            <w:proofErr w:type="spellEnd"/>
          </w:p>
        </w:tc>
        <w:tc>
          <w:tcPr>
            <w:tcW w:w="8902" w:type="dxa"/>
            <w:gridSpan w:val="7"/>
            <w:tcBorders>
              <w:top w:val="single" w:sz="5" w:space="0" w:color="9AAEB9"/>
              <w:left w:val="single" w:sz="5" w:space="0" w:color="9AAEB9"/>
              <w:bottom w:val="single" w:sz="5" w:space="0" w:color="9AAEB9"/>
              <w:right w:val="single" w:sz="5" w:space="0" w:color="9AAEB9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D15614C" w14:textId="77777777" w:rsidR="009A6A6C" w:rsidRDefault="009A6A6C" w:rsidP="009A6A6C">
            <w:pPr>
              <w:rPr>
                <w:rFonts w:ascii="Meiryo UI" w:eastAsia="Meiryo UI" w:hAnsi="Meiryo UI"/>
                <w:sz w:val="21"/>
                <w:szCs w:val="21"/>
                <w:lang w:eastAsia="ja-JP"/>
              </w:rPr>
            </w:pPr>
          </w:p>
          <w:p w14:paraId="706B844C" w14:textId="77777777" w:rsidR="009A6A6C" w:rsidRPr="00A714B8" w:rsidRDefault="009A6A6C" w:rsidP="009A6A6C">
            <w:pPr>
              <w:rPr>
                <w:rFonts w:ascii="Meiryo UI" w:eastAsia="Meiryo UI" w:hAnsi="Meiryo UI"/>
                <w:sz w:val="21"/>
                <w:szCs w:val="21"/>
                <w:lang w:eastAsia="ja-JP"/>
              </w:rPr>
            </w:pPr>
          </w:p>
        </w:tc>
      </w:tr>
      <w:tr w:rsidR="009A6A6C" w:rsidRPr="00A714B8" w14:paraId="437A005C" w14:textId="77777777" w:rsidTr="002D2A9D">
        <w:trPr>
          <w:gridBefore w:val="1"/>
          <w:wBefore w:w="24" w:type="dxa"/>
          <w:cantSplit/>
          <w:trHeight w:val="369"/>
          <w:jc w:val="center"/>
        </w:trPr>
        <w:tc>
          <w:tcPr>
            <w:tcW w:w="1701" w:type="dxa"/>
            <w:tcBorders>
              <w:top w:val="single" w:sz="5" w:space="0" w:color="9AAEB9"/>
              <w:left w:val="single" w:sz="5" w:space="0" w:color="9AAEB9"/>
              <w:bottom w:val="single" w:sz="5" w:space="0" w:color="9AAEB9"/>
              <w:right w:val="single" w:sz="5" w:space="0" w:color="9AAEB9"/>
            </w:tcBorders>
            <w:shd w:val="clear" w:color="auto" w:fill="EAF2F6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EECA286" w14:textId="77777777" w:rsidR="009A6A6C" w:rsidRPr="00A714B8" w:rsidRDefault="009A6A6C" w:rsidP="009A6A6C">
            <w:pPr>
              <w:rPr>
                <w:rFonts w:ascii="Meiryo UI" w:eastAsia="Meiryo UI" w:hAnsi="Meiryo UI"/>
                <w:sz w:val="21"/>
                <w:szCs w:val="21"/>
              </w:rPr>
            </w:pPr>
            <w:proofErr w:type="spellStart"/>
            <w:r w:rsidRPr="00A714B8">
              <w:rPr>
                <w:rFonts w:ascii="Meiryo UI" w:eastAsia="Meiryo UI" w:hAnsi="Meiryo UI"/>
                <w:b/>
                <w:color w:val="183B56"/>
                <w:sz w:val="21"/>
                <w:szCs w:val="21"/>
              </w:rPr>
              <w:t>紹介目的</w:t>
            </w:r>
            <w:proofErr w:type="spellEnd"/>
          </w:p>
        </w:tc>
        <w:tc>
          <w:tcPr>
            <w:tcW w:w="8902" w:type="dxa"/>
            <w:gridSpan w:val="7"/>
            <w:tcBorders>
              <w:top w:val="single" w:sz="5" w:space="0" w:color="9AAEB9"/>
              <w:left w:val="single" w:sz="5" w:space="0" w:color="9AAEB9"/>
              <w:bottom w:val="single" w:sz="5" w:space="0" w:color="9AAEB9"/>
              <w:right w:val="single" w:sz="5" w:space="0" w:color="9AAEB9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E51269E" w14:textId="77777777" w:rsidR="009A6A6C" w:rsidRDefault="009A6A6C" w:rsidP="009A6A6C">
            <w:pPr>
              <w:rPr>
                <w:rFonts w:ascii="Meiryo UI" w:eastAsia="Meiryo UI" w:hAnsi="Meiryo UI"/>
                <w:sz w:val="21"/>
                <w:szCs w:val="21"/>
                <w:lang w:eastAsia="ja-JP"/>
              </w:rPr>
            </w:pPr>
          </w:p>
          <w:p w14:paraId="1120E304" w14:textId="77777777" w:rsidR="009A6A6C" w:rsidRDefault="009A6A6C" w:rsidP="009A6A6C">
            <w:pPr>
              <w:rPr>
                <w:rFonts w:ascii="Meiryo UI" w:eastAsia="Meiryo UI" w:hAnsi="Meiryo UI"/>
                <w:sz w:val="21"/>
                <w:szCs w:val="21"/>
                <w:lang w:eastAsia="ja-JP"/>
              </w:rPr>
            </w:pPr>
          </w:p>
          <w:p w14:paraId="4723CCF0" w14:textId="77777777" w:rsidR="009A6A6C" w:rsidRPr="00A714B8" w:rsidRDefault="009A6A6C" w:rsidP="009A6A6C">
            <w:pPr>
              <w:rPr>
                <w:rFonts w:ascii="Meiryo UI" w:eastAsia="Meiryo UI" w:hAnsi="Meiryo UI"/>
                <w:sz w:val="21"/>
                <w:szCs w:val="21"/>
                <w:lang w:eastAsia="ja-JP"/>
              </w:rPr>
            </w:pPr>
          </w:p>
        </w:tc>
      </w:tr>
      <w:tr w:rsidR="009A6A6C" w:rsidRPr="003C6093" w14:paraId="48123DE6" w14:textId="77777777" w:rsidTr="00F9516C">
        <w:trPr>
          <w:gridBefore w:val="1"/>
          <w:gridAfter w:val="2"/>
          <w:wBefore w:w="24" w:type="dxa"/>
          <w:wAfter w:w="115" w:type="dxa"/>
          <w:cantSplit/>
          <w:trHeight w:val="20"/>
          <w:jc w:val="center"/>
        </w:trPr>
        <w:tc>
          <w:tcPr>
            <w:tcW w:w="10488" w:type="dxa"/>
            <w:gridSpan w:val="6"/>
            <w:tcBorders>
              <w:top w:val="single" w:sz="5" w:space="0" w:color="9AAEB9"/>
              <w:bottom w:val="single" w:sz="5" w:space="0" w:color="9AAEB9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A8C0114" w14:textId="1085B7E7" w:rsidR="009A6A6C" w:rsidRPr="00973BF3" w:rsidRDefault="009A6A6C" w:rsidP="009A6A6C">
            <w:pPr>
              <w:spacing w:after="20"/>
              <w:rPr>
                <w:rFonts w:ascii="Meiryo UI" w:eastAsia="Meiryo UI" w:hAnsi="Meiryo UI"/>
                <w:sz w:val="4"/>
                <w:szCs w:val="4"/>
                <w:lang w:eastAsia="ja-JP"/>
              </w:rPr>
            </w:pPr>
          </w:p>
        </w:tc>
      </w:tr>
      <w:tr w:rsidR="009A6A6C" w:rsidRPr="006C5F9B" w14:paraId="3FB5AFC4" w14:textId="77777777" w:rsidTr="00F9516C">
        <w:trPr>
          <w:gridAfter w:val="1"/>
          <w:wAfter w:w="28" w:type="dxa"/>
          <w:cantSplit/>
          <w:trHeight w:val="20"/>
          <w:jc w:val="center"/>
        </w:trPr>
        <w:tc>
          <w:tcPr>
            <w:tcW w:w="10599" w:type="dxa"/>
            <w:gridSpan w:val="8"/>
            <w:tcBorders>
              <w:top w:val="single" w:sz="5" w:space="0" w:color="9AAEB9"/>
              <w:left w:val="single" w:sz="5" w:space="0" w:color="9AAEB9"/>
              <w:bottom w:val="single" w:sz="5" w:space="0" w:color="9AAEB9"/>
              <w:right w:val="single" w:sz="5" w:space="0" w:color="9AAEB9"/>
            </w:tcBorders>
            <w:shd w:val="clear" w:color="auto" w:fill="183B56"/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6C6A290C" w14:textId="174C085E" w:rsidR="009A6A6C" w:rsidRPr="00973BF3" w:rsidRDefault="009A6A6C" w:rsidP="00973BF3">
            <w:pPr>
              <w:pStyle w:val="ae"/>
              <w:numPr>
                <w:ilvl w:val="0"/>
                <w:numId w:val="10"/>
              </w:numPr>
              <w:rPr>
                <w:rFonts w:ascii="Meiryo UI" w:eastAsia="Meiryo UI" w:hAnsi="Meiryo UI"/>
                <w:sz w:val="21"/>
                <w:szCs w:val="21"/>
              </w:rPr>
            </w:pPr>
            <w:proofErr w:type="spellStart"/>
            <w:r w:rsidRPr="00973BF3">
              <w:rPr>
                <w:rFonts w:ascii="Meiryo UI" w:eastAsia="Meiryo UI" w:hAnsi="Meiryo UI"/>
                <w:b/>
                <w:color w:val="FFFFFF"/>
                <w:sz w:val="22"/>
              </w:rPr>
              <w:t>患者様基本情報</w:t>
            </w:r>
            <w:proofErr w:type="spellEnd"/>
          </w:p>
        </w:tc>
      </w:tr>
      <w:tr w:rsidR="009A6A6C" w:rsidRPr="00A714B8" w14:paraId="31610866" w14:textId="77777777" w:rsidTr="002D2A9D">
        <w:trPr>
          <w:gridBefore w:val="1"/>
          <w:wBefore w:w="24" w:type="dxa"/>
          <w:cantSplit/>
          <w:trHeight w:val="283"/>
          <w:jc w:val="center"/>
        </w:trPr>
        <w:tc>
          <w:tcPr>
            <w:tcW w:w="1701" w:type="dxa"/>
            <w:tcBorders>
              <w:top w:val="single" w:sz="5" w:space="0" w:color="9AAEB9"/>
              <w:left w:val="single" w:sz="5" w:space="0" w:color="9AAEB9"/>
              <w:bottom w:val="single" w:sz="5" w:space="0" w:color="9AAEB9"/>
              <w:right w:val="single" w:sz="5" w:space="0" w:color="9AAEB9"/>
            </w:tcBorders>
            <w:shd w:val="clear" w:color="auto" w:fill="EAF2F6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36D396E" w14:textId="77777777" w:rsidR="009A6A6C" w:rsidRPr="00A714B8" w:rsidRDefault="009A6A6C" w:rsidP="009A6A6C">
            <w:pPr>
              <w:rPr>
                <w:rFonts w:ascii="Meiryo UI" w:eastAsia="Meiryo UI" w:hAnsi="Meiryo UI"/>
                <w:sz w:val="21"/>
                <w:szCs w:val="21"/>
              </w:rPr>
            </w:pPr>
            <w:proofErr w:type="spellStart"/>
            <w:r w:rsidRPr="00A714B8">
              <w:rPr>
                <w:rFonts w:ascii="Meiryo UI" w:eastAsia="Meiryo UI" w:hAnsi="Meiryo UI"/>
                <w:b/>
                <w:color w:val="183B56"/>
                <w:sz w:val="21"/>
                <w:szCs w:val="21"/>
              </w:rPr>
              <w:t>ふりがな</w:t>
            </w:r>
            <w:proofErr w:type="spellEnd"/>
          </w:p>
        </w:tc>
        <w:tc>
          <w:tcPr>
            <w:tcW w:w="3590" w:type="dxa"/>
            <w:gridSpan w:val="2"/>
            <w:tcBorders>
              <w:top w:val="single" w:sz="5" w:space="0" w:color="9AAEB9"/>
              <w:left w:val="single" w:sz="5" w:space="0" w:color="9AAEB9"/>
              <w:bottom w:val="single" w:sz="5" w:space="0" w:color="9AAEB9"/>
              <w:right w:val="single" w:sz="5" w:space="0" w:color="9AAEB9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0411870" w14:textId="77777777" w:rsidR="009A6A6C" w:rsidRPr="00A714B8" w:rsidRDefault="009A6A6C" w:rsidP="009A6A6C">
            <w:pPr>
              <w:rPr>
                <w:rFonts w:ascii="Meiryo UI" w:eastAsia="Meiryo UI" w:hAnsi="Meiryo UI"/>
                <w:sz w:val="21"/>
                <w:szCs w:val="21"/>
              </w:rPr>
            </w:pPr>
          </w:p>
        </w:tc>
        <w:tc>
          <w:tcPr>
            <w:tcW w:w="1697" w:type="dxa"/>
            <w:gridSpan w:val="2"/>
            <w:tcBorders>
              <w:top w:val="single" w:sz="5" w:space="0" w:color="9AAEB9"/>
              <w:left w:val="single" w:sz="5" w:space="0" w:color="9AAEB9"/>
              <w:bottom w:val="single" w:sz="5" w:space="0" w:color="9AAEB9"/>
              <w:right w:val="single" w:sz="5" w:space="0" w:color="9AAEB9"/>
            </w:tcBorders>
            <w:shd w:val="clear" w:color="auto" w:fill="EAF2F6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C5354AF" w14:textId="77777777" w:rsidR="009A6A6C" w:rsidRPr="00A714B8" w:rsidRDefault="009A6A6C" w:rsidP="009A6A6C">
            <w:pPr>
              <w:rPr>
                <w:rFonts w:ascii="Meiryo UI" w:eastAsia="Meiryo UI" w:hAnsi="Meiryo UI"/>
                <w:sz w:val="21"/>
                <w:szCs w:val="21"/>
              </w:rPr>
            </w:pPr>
            <w:proofErr w:type="spellStart"/>
            <w:r w:rsidRPr="00A714B8">
              <w:rPr>
                <w:rFonts w:ascii="Meiryo UI" w:eastAsia="Meiryo UI" w:hAnsi="Meiryo UI"/>
                <w:b/>
                <w:color w:val="183B56"/>
                <w:sz w:val="21"/>
                <w:szCs w:val="21"/>
              </w:rPr>
              <w:t>性別</w:t>
            </w:r>
            <w:proofErr w:type="spellEnd"/>
          </w:p>
        </w:tc>
        <w:tc>
          <w:tcPr>
            <w:tcW w:w="3615" w:type="dxa"/>
            <w:gridSpan w:val="3"/>
            <w:tcBorders>
              <w:top w:val="single" w:sz="5" w:space="0" w:color="9AAEB9"/>
              <w:left w:val="single" w:sz="5" w:space="0" w:color="9AAEB9"/>
              <w:bottom w:val="single" w:sz="5" w:space="0" w:color="9AAEB9"/>
              <w:right w:val="single" w:sz="5" w:space="0" w:color="9AAEB9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3E488CD" w14:textId="6ADB14DC" w:rsidR="009A6A6C" w:rsidRPr="00A714B8" w:rsidRDefault="0033080D" w:rsidP="009A6A6C">
            <w:pPr>
              <w:ind w:firstLineChars="300" w:firstLine="630"/>
              <w:rPr>
                <w:rFonts w:ascii="Meiryo UI" w:eastAsia="Meiryo UI" w:hAnsi="Meiryo UI"/>
                <w:sz w:val="21"/>
                <w:szCs w:val="21"/>
              </w:rPr>
            </w:pPr>
            <w:sdt>
              <w:sdtPr>
                <w:rPr>
                  <w:rFonts w:ascii="Meiryo UI" w:eastAsia="Meiryo UI" w:hAnsi="Meiryo UI"/>
                  <w:color w:val="526575"/>
                  <w:sz w:val="21"/>
                  <w:szCs w:val="21"/>
                </w:rPr>
                <w:id w:val="-24264500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9A6A6C">
                  <w:rPr>
                    <w:rFonts w:ascii="ＭＳ ゴシック" w:eastAsia="ＭＳ ゴシック" w:hAnsi="ＭＳ ゴシック" w:hint="eastAsia"/>
                    <w:color w:val="526575"/>
                    <w:sz w:val="21"/>
                    <w:szCs w:val="21"/>
                  </w:rPr>
                  <w:t>☐</w:t>
                </w:r>
              </w:sdtContent>
            </w:sdt>
            <w:r w:rsidR="009A6A6C" w:rsidRPr="00A714B8">
              <w:rPr>
                <w:rFonts w:ascii="Meiryo UI" w:eastAsia="Meiryo UI" w:hAnsi="Meiryo UI"/>
                <w:color w:val="526575"/>
                <w:sz w:val="21"/>
                <w:szCs w:val="21"/>
              </w:rPr>
              <w:t xml:space="preserve"> 男　</w:t>
            </w:r>
            <w:r w:rsidR="009A6A6C">
              <w:rPr>
                <w:rFonts w:ascii="Meiryo UI" w:eastAsia="Meiryo UI" w:hAnsi="Meiryo UI" w:hint="eastAsia"/>
                <w:color w:val="526575"/>
                <w:sz w:val="21"/>
                <w:szCs w:val="21"/>
                <w:lang w:eastAsia="ja-JP"/>
              </w:rPr>
              <w:t xml:space="preserve">　　　　　</w:t>
            </w:r>
            <w:sdt>
              <w:sdtPr>
                <w:rPr>
                  <w:rFonts w:ascii="Meiryo UI" w:eastAsia="Meiryo UI" w:hAnsi="Meiryo UI" w:hint="eastAsia"/>
                  <w:color w:val="526575"/>
                  <w:sz w:val="21"/>
                  <w:szCs w:val="21"/>
                  <w:lang w:eastAsia="ja-JP"/>
                </w:rPr>
                <w:id w:val="-123462102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9A6A6C" w:rsidRPr="003F23BA">
                  <w:rPr>
                    <w:rFonts w:ascii="ＭＳ ゴシック" w:eastAsia="ＭＳ ゴシック" w:hAnsi="ＭＳ ゴシック" w:hint="eastAsia"/>
                    <w:color w:val="526575"/>
                    <w:sz w:val="26"/>
                    <w:szCs w:val="26"/>
                    <w:lang w:eastAsia="ja-JP"/>
                  </w:rPr>
                  <w:t>☐</w:t>
                </w:r>
              </w:sdtContent>
            </w:sdt>
            <w:r w:rsidR="009A6A6C" w:rsidRPr="00A714B8">
              <w:rPr>
                <w:rFonts w:ascii="Meiryo UI" w:eastAsia="Meiryo UI" w:hAnsi="Meiryo UI"/>
                <w:color w:val="526575"/>
                <w:sz w:val="21"/>
                <w:szCs w:val="21"/>
              </w:rPr>
              <w:t xml:space="preserve"> 女</w:t>
            </w:r>
          </w:p>
        </w:tc>
      </w:tr>
      <w:tr w:rsidR="009A6A6C" w:rsidRPr="00A714B8" w14:paraId="57B608DE" w14:textId="77777777" w:rsidTr="002D2A9D">
        <w:trPr>
          <w:gridBefore w:val="1"/>
          <w:wBefore w:w="24" w:type="dxa"/>
          <w:cantSplit/>
          <w:trHeight w:val="651"/>
          <w:jc w:val="center"/>
        </w:trPr>
        <w:tc>
          <w:tcPr>
            <w:tcW w:w="1701" w:type="dxa"/>
            <w:tcBorders>
              <w:top w:val="single" w:sz="5" w:space="0" w:color="9AAEB9"/>
              <w:left w:val="single" w:sz="5" w:space="0" w:color="9AAEB9"/>
              <w:bottom w:val="single" w:sz="5" w:space="0" w:color="9AAEB9"/>
              <w:right w:val="single" w:sz="5" w:space="0" w:color="9AAEB9"/>
            </w:tcBorders>
            <w:shd w:val="clear" w:color="auto" w:fill="EAF2F6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28C086B" w14:textId="77777777" w:rsidR="009A6A6C" w:rsidRPr="00A714B8" w:rsidRDefault="009A6A6C" w:rsidP="009A6A6C">
            <w:pPr>
              <w:rPr>
                <w:rFonts w:ascii="Meiryo UI" w:eastAsia="Meiryo UI" w:hAnsi="Meiryo UI"/>
                <w:sz w:val="21"/>
                <w:szCs w:val="21"/>
              </w:rPr>
            </w:pPr>
            <w:proofErr w:type="spellStart"/>
            <w:r w:rsidRPr="00A714B8">
              <w:rPr>
                <w:rFonts w:ascii="Meiryo UI" w:eastAsia="Meiryo UI" w:hAnsi="Meiryo UI"/>
                <w:b/>
                <w:color w:val="183B56"/>
                <w:sz w:val="21"/>
                <w:szCs w:val="21"/>
              </w:rPr>
              <w:t>患者氏名</w:t>
            </w:r>
            <w:proofErr w:type="spellEnd"/>
          </w:p>
        </w:tc>
        <w:tc>
          <w:tcPr>
            <w:tcW w:w="3590" w:type="dxa"/>
            <w:gridSpan w:val="2"/>
            <w:tcBorders>
              <w:top w:val="single" w:sz="5" w:space="0" w:color="9AAEB9"/>
              <w:left w:val="single" w:sz="5" w:space="0" w:color="9AAEB9"/>
              <w:bottom w:val="single" w:sz="5" w:space="0" w:color="9AAEB9"/>
              <w:right w:val="single" w:sz="5" w:space="0" w:color="9AAEB9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12BE923" w14:textId="77777777" w:rsidR="009A6A6C" w:rsidRPr="00A714B8" w:rsidRDefault="009A6A6C" w:rsidP="009A6A6C">
            <w:pPr>
              <w:rPr>
                <w:rFonts w:ascii="Meiryo UI" w:eastAsia="Meiryo UI" w:hAnsi="Meiryo UI"/>
                <w:sz w:val="21"/>
                <w:szCs w:val="21"/>
              </w:rPr>
            </w:pPr>
          </w:p>
        </w:tc>
        <w:tc>
          <w:tcPr>
            <w:tcW w:w="1697" w:type="dxa"/>
            <w:gridSpan w:val="2"/>
            <w:tcBorders>
              <w:top w:val="single" w:sz="5" w:space="0" w:color="9AAEB9"/>
              <w:left w:val="single" w:sz="5" w:space="0" w:color="9AAEB9"/>
              <w:bottom w:val="single" w:sz="5" w:space="0" w:color="9AAEB9"/>
              <w:right w:val="single" w:sz="5" w:space="0" w:color="9AAEB9"/>
            </w:tcBorders>
            <w:shd w:val="clear" w:color="auto" w:fill="EAF2F6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C9B855C" w14:textId="77777777" w:rsidR="009A6A6C" w:rsidRPr="00A714B8" w:rsidRDefault="009A6A6C" w:rsidP="009A6A6C">
            <w:pPr>
              <w:rPr>
                <w:rFonts w:ascii="Meiryo UI" w:eastAsia="Meiryo UI" w:hAnsi="Meiryo UI"/>
                <w:sz w:val="21"/>
                <w:szCs w:val="21"/>
              </w:rPr>
            </w:pPr>
            <w:proofErr w:type="spellStart"/>
            <w:r w:rsidRPr="00A714B8">
              <w:rPr>
                <w:rFonts w:ascii="Meiryo UI" w:eastAsia="Meiryo UI" w:hAnsi="Meiryo UI"/>
                <w:b/>
                <w:color w:val="183B56"/>
                <w:sz w:val="21"/>
                <w:szCs w:val="21"/>
              </w:rPr>
              <w:t>生年月日</w:t>
            </w:r>
            <w:proofErr w:type="spellEnd"/>
          </w:p>
        </w:tc>
        <w:tc>
          <w:tcPr>
            <w:tcW w:w="3615" w:type="dxa"/>
            <w:gridSpan w:val="3"/>
            <w:tcBorders>
              <w:top w:val="single" w:sz="5" w:space="0" w:color="9AAEB9"/>
              <w:left w:val="single" w:sz="5" w:space="0" w:color="9AAEB9"/>
              <w:bottom w:val="single" w:sz="5" w:space="0" w:color="9AAEB9"/>
              <w:right w:val="single" w:sz="5" w:space="0" w:color="9AAEB9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F4A380D" w14:textId="70850A50" w:rsidR="009A6A6C" w:rsidRDefault="009A6A6C" w:rsidP="009A6A6C">
            <w:pPr>
              <w:rPr>
                <w:rFonts w:ascii="Meiryo UI" w:eastAsia="Meiryo UI" w:hAnsi="Meiryo UI"/>
                <w:color w:val="526575"/>
                <w:sz w:val="21"/>
                <w:szCs w:val="21"/>
                <w:lang w:eastAsia="ja-JP"/>
              </w:rPr>
            </w:pPr>
            <w:r w:rsidRPr="00A714B8">
              <w:rPr>
                <w:rFonts w:ascii="Meiryo UI" w:eastAsia="Meiryo UI" w:hAnsi="Meiryo UI"/>
                <w:color w:val="526575"/>
                <w:sz w:val="21"/>
                <w:szCs w:val="21"/>
                <w:lang w:eastAsia="ja-JP"/>
              </w:rPr>
              <w:t>明・大・昭・平・令</w:t>
            </w:r>
            <w:r>
              <w:rPr>
                <w:rFonts w:ascii="Meiryo UI" w:eastAsia="Meiryo UI" w:hAnsi="Meiryo UI" w:hint="eastAsia"/>
                <w:color w:val="526575"/>
                <w:sz w:val="21"/>
                <w:szCs w:val="21"/>
                <w:lang w:eastAsia="ja-JP"/>
              </w:rPr>
              <w:t>・西暦</w:t>
            </w:r>
          </w:p>
          <w:p w14:paraId="4557E341" w14:textId="3D5A9942" w:rsidR="009A6A6C" w:rsidRPr="00A714B8" w:rsidRDefault="009A6A6C" w:rsidP="009A6A6C">
            <w:pPr>
              <w:ind w:firstLineChars="200" w:firstLine="420"/>
              <w:rPr>
                <w:rFonts w:ascii="Meiryo UI" w:eastAsia="Meiryo UI" w:hAnsi="Meiryo UI"/>
                <w:sz w:val="21"/>
                <w:szCs w:val="21"/>
                <w:lang w:eastAsia="ja-JP"/>
              </w:rPr>
            </w:pPr>
            <w:r>
              <w:rPr>
                <w:rFonts w:ascii="Meiryo UI" w:eastAsia="Meiryo UI" w:hAnsi="Meiryo UI" w:hint="eastAsia"/>
                <w:color w:val="526575"/>
                <w:sz w:val="21"/>
                <w:szCs w:val="21"/>
                <w:lang w:eastAsia="ja-JP"/>
              </w:rPr>
              <w:t xml:space="preserve">　</w:t>
            </w:r>
            <w:r w:rsidRPr="00A714B8">
              <w:rPr>
                <w:rFonts w:ascii="Meiryo UI" w:eastAsia="Meiryo UI" w:hAnsi="Meiryo UI"/>
                <w:color w:val="526575"/>
                <w:sz w:val="21"/>
                <w:szCs w:val="21"/>
                <w:lang w:eastAsia="ja-JP"/>
              </w:rPr>
              <w:t>年</w:t>
            </w:r>
            <w:r>
              <w:rPr>
                <w:rFonts w:ascii="Meiryo UI" w:eastAsia="Meiryo UI" w:hAnsi="Meiryo UI" w:hint="eastAsia"/>
                <w:color w:val="526575"/>
                <w:sz w:val="21"/>
                <w:szCs w:val="21"/>
                <w:lang w:eastAsia="ja-JP"/>
              </w:rPr>
              <w:t xml:space="preserve">　　</w:t>
            </w:r>
            <w:r w:rsidRPr="00A714B8">
              <w:rPr>
                <w:rFonts w:ascii="Meiryo UI" w:eastAsia="Meiryo UI" w:hAnsi="Meiryo UI"/>
                <w:color w:val="526575"/>
                <w:sz w:val="21"/>
                <w:szCs w:val="21"/>
                <w:lang w:eastAsia="ja-JP"/>
              </w:rPr>
              <w:t xml:space="preserve">　</w:t>
            </w:r>
            <w:r>
              <w:rPr>
                <w:rFonts w:ascii="Meiryo UI" w:eastAsia="Meiryo UI" w:hAnsi="Meiryo UI" w:hint="eastAsia"/>
                <w:color w:val="526575"/>
                <w:sz w:val="21"/>
                <w:szCs w:val="21"/>
                <w:lang w:eastAsia="ja-JP"/>
              </w:rPr>
              <w:t xml:space="preserve">　</w:t>
            </w:r>
            <w:r w:rsidRPr="00A714B8">
              <w:rPr>
                <w:rFonts w:ascii="Meiryo UI" w:eastAsia="Meiryo UI" w:hAnsi="Meiryo UI"/>
                <w:color w:val="526575"/>
                <w:sz w:val="21"/>
                <w:szCs w:val="21"/>
                <w:lang w:eastAsia="ja-JP"/>
              </w:rPr>
              <w:t>月</w:t>
            </w:r>
            <w:r>
              <w:rPr>
                <w:rFonts w:ascii="Meiryo UI" w:eastAsia="Meiryo UI" w:hAnsi="Meiryo UI" w:hint="eastAsia"/>
                <w:color w:val="526575"/>
                <w:sz w:val="21"/>
                <w:szCs w:val="21"/>
                <w:lang w:eastAsia="ja-JP"/>
              </w:rPr>
              <w:t xml:space="preserve">　</w:t>
            </w:r>
            <w:r w:rsidRPr="00A714B8">
              <w:rPr>
                <w:rFonts w:ascii="Meiryo UI" w:eastAsia="Meiryo UI" w:hAnsi="Meiryo UI"/>
                <w:color w:val="526575"/>
                <w:sz w:val="21"/>
                <w:szCs w:val="21"/>
                <w:lang w:eastAsia="ja-JP"/>
              </w:rPr>
              <w:t xml:space="preserve">　</w:t>
            </w:r>
            <w:r>
              <w:rPr>
                <w:rFonts w:ascii="Meiryo UI" w:eastAsia="Meiryo UI" w:hAnsi="Meiryo UI" w:hint="eastAsia"/>
                <w:color w:val="526575"/>
                <w:sz w:val="21"/>
                <w:szCs w:val="21"/>
                <w:lang w:eastAsia="ja-JP"/>
              </w:rPr>
              <w:t xml:space="preserve">　　</w:t>
            </w:r>
            <w:r w:rsidRPr="00A714B8">
              <w:rPr>
                <w:rFonts w:ascii="Meiryo UI" w:eastAsia="Meiryo UI" w:hAnsi="Meiryo UI"/>
                <w:color w:val="526575"/>
                <w:sz w:val="21"/>
                <w:szCs w:val="21"/>
                <w:lang w:eastAsia="ja-JP"/>
              </w:rPr>
              <w:t>日（</w:t>
            </w:r>
            <w:r>
              <w:rPr>
                <w:rFonts w:ascii="Meiryo UI" w:eastAsia="Meiryo UI" w:hAnsi="Meiryo UI" w:hint="eastAsia"/>
                <w:color w:val="526575"/>
                <w:sz w:val="21"/>
                <w:szCs w:val="21"/>
                <w:lang w:eastAsia="ja-JP"/>
              </w:rPr>
              <w:t xml:space="preserve">　　</w:t>
            </w:r>
            <w:r w:rsidRPr="00A714B8">
              <w:rPr>
                <w:rFonts w:ascii="Meiryo UI" w:eastAsia="Meiryo UI" w:hAnsi="Meiryo UI"/>
                <w:color w:val="526575"/>
                <w:sz w:val="21"/>
                <w:szCs w:val="21"/>
                <w:lang w:eastAsia="ja-JP"/>
              </w:rPr>
              <w:t xml:space="preserve">　歳）</w:t>
            </w:r>
          </w:p>
        </w:tc>
      </w:tr>
      <w:tr w:rsidR="009A6A6C" w:rsidRPr="00A714B8" w14:paraId="6A30E370" w14:textId="77777777" w:rsidTr="002D2A9D">
        <w:trPr>
          <w:gridBefore w:val="1"/>
          <w:wBefore w:w="24" w:type="dxa"/>
          <w:cantSplit/>
          <w:trHeight w:val="312"/>
          <w:jc w:val="center"/>
        </w:trPr>
        <w:tc>
          <w:tcPr>
            <w:tcW w:w="1701" w:type="dxa"/>
            <w:tcBorders>
              <w:top w:val="single" w:sz="5" w:space="0" w:color="9AAEB9"/>
              <w:left w:val="single" w:sz="5" w:space="0" w:color="9AAEB9"/>
              <w:bottom w:val="single" w:sz="5" w:space="0" w:color="9AAEB9"/>
              <w:right w:val="single" w:sz="5" w:space="0" w:color="9AAEB9"/>
            </w:tcBorders>
            <w:shd w:val="clear" w:color="auto" w:fill="EAF2F6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D7F237B" w14:textId="77777777" w:rsidR="009A6A6C" w:rsidRPr="00A714B8" w:rsidRDefault="009A6A6C" w:rsidP="009A6A6C">
            <w:pPr>
              <w:rPr>
                <w:rFonts w:ascii="Meiryo UI" w:eastAsia="Meiryo UI" w:hAnsi="Meiryo UI"/>
                <w:sz w:val="21"/>
                <w:szCs w:val="21"/>
              </w:rPr>
            </w:pPr>
            <w:proofErr w:type="spellStart"/>
            <w:r w:rsidRPr="00A714B8">
              <w:rPr>
                <w:rFonts w:ascii="Meiryo UI" w:eastAsia="Meiryo UI" w:hAnsi="Meiryo UI"/>
                <w:b/>
                <w:color w:val="183B56"/>
                <w:sz w:val="21"/>
                <w:szCs w:val="21"/>
              </w:rPr>
              <w:t>住所</w:t>
            </w:r>
            <w:proofErr w:type="spellEnd"/>
          </w:p>
        </w:tc>
        <w:tc>
          <w:tcPr>
            <w:tcW w:w="3590" w:type="dxa"/>
            <w:gridSpan w:val="2"/>
            <w:tcBorders>
              <w:top w:val="single" w:sz="5" w:space="0" w:color="9AAEB9"/>
              <w:left w:val="single" w:sz="5" w:space="0" w:color="9AAEB9"/>
              <w:bottom w:val="single" w:sz="5" w:space="0" w:color="9AAEB9"/>
              <w:right w:val="single" w:sz="5" w:space="0" w:color="9AAEB9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D8E5428" w14:textId="6B5AB3D4" w:rsidR="009A6A6C" w:rsidRDefault="009A6A6C" w:rsidP="009A6A6C">
            <w:pPr>
              <w:rPr>
                <w:rFonts w:ascii="Meiryo UI" w:eastAsia="Meiryo UI" w:hAnsi="Meiryo UI"/>
                <w:color w:val="526575"/>
                <w:sz w:val="21"/>
                <w:szCs w:val="21"/>
                <w:lang w:eastAsia="ja-JP"/>
              </w:rPr>
            </w:pPr>
            <w:r w:rsidRPr="00A714B8">
              <w:rPr>
                <w:rFonts w:ascii="Meiryo UI" w:eastAsia="Meiryo UI" w:hAnsi="Meiryo UI"/>
                <w:color w:val="526575"/>
                <w:sz w:val="21"/>
                <w:szCs w:val="21"/>
              </w:rPr>
              <w:t>〒</w:t>
            </w:r>
          </w:p>
          <w:p w14:paraId="11812909" w14:textId="77777777" w:rsidR="009A6A6C" w:rsidRPr="00A714B8" w:rsidRDefault="009A6A6C" w:rsidP="009A6A6C">
            <w:pPr>
              <w:rPr>
                <w:rFonts w:ascii="Meiryo UI" w:eastAsia="Meiryo UI" w:hAnsi="Meiryo UI"/>
                <w:sz w:val="21"/>
                <w:szCs w:val="21"/>
                <w:lang w:eastAsia="ja-JP"/>
              </w:rPr>
            </w:pPr>
          </w:p>
        </w:tc>
        <w:tc>
          <w:tcPr>
            <w:tcW w:w="1697" w:type="dxa"/>
            <w:gridSpan w:val="2"/>
            <w:tcBorders>
              <w:top w:val="single" w:sz="5" w:space="0" w:color="9AAEB9"/>
              <w:left w:val="single" w:sz="5" w:space="0" w:color="9AAEB9"/>
              <w:bottom w:val="single" w:sz="5" w:space="0" w:color="9AAEB9"/>
              <w:right w:val="single" w:sz="5" w:space="0" w:color="9AAEB9"/>
            </w:tcBorders>
            <w:shd w:val="clear" w:color="auto" w:fill="EAF2F6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31001C8" w14:textId="77777777" w:rsidR="009A6A6C" w:rsidRPr="00A714B8" w:rsidRDefault="009A6A6C" w:rsidP="009A6A6C">
            <w:pPr>
              <w:rPr>
                <w:rFonts w:ascii="Meiryo UI" w:eastAsia="Meiryo UI" w:hAnsi="Meiryo UI"/>
                <w:sz w:val="21"/>
                <w:szCs w:val="21"/>
              </w:rPr>
            </w:pPr>
            <w:proofErr w:type="spellStart"/>
            <w:r w:rsidRPr="00A714B8">
              <w:rPr>
                <w:rFonts w:ascii="Meiryo UI" w:eastAsia="Meiryo UI" w:hAnsi="Meiryo UI"/>
                <w:b/>
                <w:color w:val="183B56"/>
                <w:sz w:val="21"/>
                <w:szCs w:val="21"/>
              </w:rPr>
              <w:t>電話番号</w:t>
            </w:r>
            <w:proofErr w:type="spellEnd"/>
          </w:p>
        </w:tc>
        <w:tc>
          <w:tcPr>
            <w:tcW w:w="3615" w:type="dxa"/>
            <w:gridSpan w:val="3"/>
            <w:tcBorders>
              <w:top w:val="single" w:sz="5" w:space="0" w:color="9AAEB9"/>
              <w:left w:val="single" w:sz="5" w:space="0" w:color="9AAEB9"/>
              <w:bottom w:val="single" w:sz="5" w:space="0" w:color="9AAEB9"/>
              <w:right w:val="single" w:sz="5" w:space="0" w:color="9AAEB9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8212262" w14:textId="4F32A2C0" w:rsidR="009A6A6C" w:rsidRPr="00A714B8" w:rsidRDefault="009A6A6C" w:rsidP="009A6A6C">
            <w:pPr>
              <w:rPr>
                <w:rFonts w:ascii="Meiryo UI" w:eastAsia="Meiryo UI" w:hAnsi="Meiryo UI"/>
                <w:sz w:val="21"/>
                <w:szCs w:val="21"/>
                <w:lang w:eastAsia="ja-JP"/>
              </w:rPr>
            </w:pPr>
            <w:r>
              <w:rPr>
                <w:rFonts w:ascii="Meiryo UI" w:eastAsia="Meiryo UI" w:hAnsi="Meiryo UI" w:hint="eastAsia"/>
                <w:sz w:val="21"/>
                <w:szCs w:val="21"/>
                <w:lang w:eastAsia="ja-JP"/>
              </w:rPr>
              <w:t xml:space="preserve">（　　　　　　</w:t>
            </w:r>
            <w:r>
              <w:rPr>
                <w:rFonts w:ascii="Meiryo UI" w:eastAsia="Meiryo UI" w:hAnsi="Meiryo UI"/>
                <w:sz w:val="21"/>
                <w:szCs w:val="21"/>
                <w:lang w:eastAsia="ja-JP"/>
              </w:rPr>
              <w:t>）</w:t>
            </w:r>
            <w:r>
              <w:rPr>
                <w:rFonts w:ascii="Meiryo UI" w:eastAsia="Meiryo UI" w:hAnsi="Meiryo UI" w:hint="eastAsia"/>
                <w:sz w:val="21"/>
                <w:szCs w:val="21"/>
                <w:lang w:eastAsia="ja-JP"/>
              </w:rPr>
              <w:t xml:space="preserve">           —</w:t>
            </w:r>
          </w:p>
        </w:tc>
      </w:tr>
      <w:tr w:rsidR="009A6A6C" w:rsidRPr="00A714B8" w14:paraId="49B9EA82" w14:textId="77777777" w:rsidTr="002D2A9D">
        <w:trPr>
          <w:gridBefore w:val="1"/>
          <w:wBefore w:w="24" w:type="dxa"/>
          <w:cantSplit/>
          <w:trHeight w:val="312"/>
          <w:jc w:val="center"/>
        </w:trPr>
        <w:tc>
          <w:tcPr>
            <w:tcW w:w="1701" w:type="dxa"/>
            <w:tcBorders>
              <w:top w:val="single" w:sz="5" w:space="0" w:color="9AAEB9"/>
              <w:left w:val="single" w:sz="5" w:space="0" w:color="9AAEB9"/>
              <w:bottom w:val="single" w:sz="5" w:space="0" w:color="9AAEB9"/>
              <w:right w:val="single" w:sz="5" w:space="0" w:color="9AAEB9"/>
            </w:tcBorders>
            <w:shd w:val="clear" w:color="auto" w:fill="EAF2F6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09237B8" w14:textId="77777777" w:rsidR="009A6A6C" w:rsidRPr="00A714B8" w:rsidRDefault="009A6A6C" w:rsidP="009A6A6C">
            <w:pPr>
              <w:rPr>
                <w:rFonts w:ascii="Meiryo UI" w:eastAsia="Meiryo UI" w:hAnsi="Meiryo UI"/>
                <w:sz w:val="21"/>
                <w:szCs w:val="21"/>
              </w:rPr>
            </w:pPr>
            <w:proofErr w:type="spellStart"/>
            <w:r w:rsidRPr="00A714B8">
              <w:rPr>
                <w:rFonts w:ascii="Meiryo UI" w:eastAsia="Meiryo UI" w:hAnsi="Meiryo UI"/>
                <w:b/>
                <w:color w:val="183B56"/>
                <w:sz w:val="21"/>
                <w:szCs w:val="21"/>
              </w:rPr>
              <w:t>連絡先</w:t>
            </w:r>
            <w:proofErr w:type="spellEnd"/>
          </w:p>
        </w:tc>
        <w:tc>
          <w:tcPr>
            <w:tcW w:w="3590" w:type="dxa"/>
            <w:gridSpan w:val="2"/>
            <w:tcBorders>
              <w:top w:val="single" w:sz="5" w:space="0" w:color="9AAEB9"/>
              <w:left w:val="single" w:sz="5" w:space="0" w:color="9AAEB9"/>
              <w:bottom w:val="single" w:sz="5" w:space="0" w:color="9AAEB9"/>
              <w:right w:val="single" w:sz="5" w:space="0" w:color="9AAEB9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4708D99" w14:textId="0CBFE5D2" w:rsidR="009A6A6C" w:rsidRPr="00A714B8" w:rsidRDefault="0033080D" w:rsidP="009A6A6C">
            <w:pPr>
              <w:rPr>
                <w:rFonts w:ascii="Meiryo UI" w:eastAsia="Meiryo UI" w:hAnsi="Meiryo UI"/>
                <w:sz w:val="21"/>
                <w:szCs w:val="21"/>
              </w:rPr>
            </w:pPr>
            <w:sdt>
              <w:sdtPr>
                <w:rPr>
                  <w:rFonts w:ascii="Meiryo UI" w:eastAsia="Meiryo UI" w:hAnsi="Meiryo UI"/>
                  <w:color w:val="526575"/>
                  <w:sz w:val="21"/>
                  <w:szCs w:val="21"/>
                </w:rPr>
                <w:id w:val="-210486756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9A6A6C" w:rsidRPr="003F23BA">
                  <w:rPr>
                    <w:rFonts w:ascii="ＭＳ ゴシック" w:eastAsia="ＭＳ ゴシック" w:hAnsi="ＭＳ ゴシック" w:hint="eastAsia"/>
                    <w:color w:val="526575"/>
                    <w:sz w:val="26"/>
                    <w:szCs w:val="26"/>
                  </w:rPr>
                  <w:t>☐</w:t>
                </w:r>
              </w:sdtContent>
            </w:sdt>
            <w:r w:rsidR="009A6A6C" w:rsidRPr="00A714B8">
              <w:rPr>
                <w:rFonts w:ascii="Meiryo UI" w:eastAsia="Meiryo UI" w:hAnsi="Meiryo UI"/>
                <w:color w:val="526575"/>
                <w:sz w:val="21"/>
                <w:szCs w:val="21"/>
              </w:rPr>
              <w:t xml:space="preserve"> </w:t>
            </w:r>
            <w:proofErr w:type="spellStart"/>
            <w:r w:rsidR="009A6A6C" w:rsidRPr="00A714B8">
              <w:rPr>
                <w:rFonts w:ascii="Meiryo UI" w:eastAsia="Meiryo UI" w:hAnsi="Meiryo UI"/>
                <w:color w:val="526575"/>
                <w:sz w:val="21"/>
                <w:szCs w:val="21"/>
              </w:rPr>
              <w:t>本人</w:t>
            </w:r>
            <w:proofErr w:type="spellEnd"/>
            <w:r w:rsidR="009A6A6C" w:rsidRPr="00A714B8">
              <w:rPr>
                <w:rFonts w:ascii="Meiryo UI" w:eastAsia="Meiryo UI" w:hAnsi="Meiryo UI"/>
                <w:color w:val="526575"/>
                <w:sz w:val="21"/>
                <w:szCs w:val="21"/>
              </w:rPr>
              <w:t xml:space="preserve">　</w:t>
            </w:r>
            <w:sdt>
              <w:sdtPr>
                <w:rPr>
                  <w:rFonts w:ascii="Meiryo UI" w:eastAsia="Meiryo UI" w:hAnsi="Meiryo UI"/>
                  <w:color w:val="526575"/>
                  <w:sz w:val="21"/>
                  <w:szCs w:val="21"/>
                </w:rPr>
                <w:id w:val="-97336670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9A6A6C" w:rsidRPr="003F23BA">
                  <w:rPr>
                    <w:rFonts w:ascii="ＭＳ ゴシック" w:eastAsia="ＭＳ ゴシック" w:hAnsi="ＭＳ ゴシック" w:hint="eastAsia"/>
                    <w:color w:val="526575"/>
                    <w:sz w:val="26"/>
                    <w:szCs w:val="26"/>
                  </w:rPr>
                  <w:t>☐</w:t>
                </w:r>
              </w:sdtContent>
            </w:sdt>
            <w:r w:rsidR="009A6A6C" w:rsidRPr="00A714B8">
              <w:rPr>
                <w:rFonts w:ascii="Meiryo UI" w:eastAsia="Meiryo UI" w:hAnsi="Meiryo UI"/>
                <w:color w:val="526575"/>
                <w:sz w:val="21"/>
                <w:szCs w:val="21"/>
              </w:rPr>
              <w:t xml:space="preserve"> </w:t>
            </w:r>
            <w:proofErr w:type="spellStart"/>
            <w:r w:rsidR="009A6A6C" w:rsidRPr="00A714B8">
              <w:rPr>
                <w:rFonts w:ascii="Meiryo UI" w:eastAsia="Meiryo UI" w:hAnsi="Meiryo UI"/>
                <w:color w:val="526575"/>
                <w:sz w:val="21"/>
                <w:szCs w:val="21"/>
              </w:rPr>
              <w:t>家族等</w:t>
            </w:r>
            <w:proofErr w:type="spellEnd"/>
            <w:r w:rsidR="009A6A6C">
              <w:rPr>
                <w:rFonts w:ascii="Meiryo UI" w:eastAsia="Meiryo UI" w:hAnsi="Meiryo UI" w:hint="eastAsia"/>
                <w:color w:val="526575"/>
                <w:sz w:val="21"/>
                <w:szCs w:val="21"/>
                <w:lang w:eastAsia="ja-JP"/>
              </w:rPr>
              <w:t>(</w:t>
            </w:r>
            <w:proofErr w:type="spellStart"/>
            <w:r w:rsidR="009A6A6C" w:rsidRPr="00A714B8">
              <w:rPr>
                <w:rFonts w:ascii="Meiryo UI" w:eastAsia="Meiryo UI" w:hAnsi="Meiryo UI"/>
                <w:color w:val="526575"/>
                <w:sz w:val="21"/>
                <w:szCs w:val="21"/>
              </w:rPr>
              <w:t>続柄</w:t>
            </w:r>
            <w:proofErr w:type="spellEnd"/>
            <w:r w:rsidR="009A6A6C" w:rsidRPr="00A714B8">
              <w:rPr>
                <w:rFonts w:ascii="Meiryo UI" w:eastAsia="Meiryo UI" w:hAnsi="Meiryo UI"/>
                <w:color w:val="526575"/>
                <w:sz w:val="21"/>
                <w:szCs w:val="21"/>
              </w:rPr>
              <w:t>：</w:t>
            </w:r>
            <w:r w:rsidR="009A6A6C">
              <w:rPr>
                <w:rFonts w:ascii="Meiryo UI" w:eastAsia="Meiryo UI" w:hAnsi="Meiryo UI" w:hint="eastAsia"/>
                <w:color w:val="526575"/>
                <w:sz w:val="21"/>
                <w:szCs w:val="21"/>
                <w:lang w:eastAsia="ja-JP"/>
              </w:rPr>
              <w:t xml:space="preserve">　</w:t>
            </w:r>
            <w:r w:rsidR="009A6A6C" w:rsidRPr="00A714B8">
              <w:rPr>
                <w:rFonts w:ascii="Meiryo UI" w:eastAsia="Meiryo UI" w:hAnsi="Meiryo UI"/>
                <w:color w:val="526575"/>
                <w:sz w:val="21"/>
                <w:szCs w:val="21"/>
              </w:rPr>
              <w:t xml:space="preserve">　　　）</w:t>
            </w:r>
          </w:p>
        </w:tc>
        <w:tc>
          <w:tcPr>
            <w:tcW w:w="1697" w:type="dxa"/>
            <w:gridSpan w:val="2"/>
            <w:tcBorders>
              <w:top w:val="single" w:sz="5" w:space="0" w:color="9AAEB9"/>
              <w:left w:val="single" w:sz="5" w:space="0" w:color="9AAEB9"/>
              <w:bottom w:val="single" w:sz="5" w:space="0" w:color="9AAEB9"/>
              <w:right w:val="single" w:sz="5" w:space="0" w:color="9AAEB9"/>
            </w:tcBorders>
            <w:shd w:val="clear" w:color="auto" w:fill="EAF2F6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CF4F4E1" w14:textId="77777777" w:rsidR="009A6A6C" w:rsidRPr="00A714B8" w:rsidRDefault="009A6A6C" w:rsidP="009A6A6C">
            <w:pPr>
              <w:rPr>
                <w:rFonts w:ascii="Meiryo UI" w:eastAsia="Meiryo UI" w:hAnsi="Meiryo UI"/>
                <w:sz w:val="21"/>
                <w:szCs w:val="21"/>
              </w:rPr>
            </w:pPr>
            <w:proofErr w:type="spellStart"/>
            <w:r w:rsidRPr="00A714B8">
              <w:rPr>
                <w:rFonts w:ascii="Meiryo UI" w:eastAsia="Meiryo UI" w:hAnsi="Meiryo UI"/>
                <w:b/>
                <w:color w:val="183B56"/>
                <w:sz w:val="21"/>
                <w:szCs w:val="21"/>
              </w:rPr>
              <w:t>日中連絡先</w:t>
            </w:r>
            <w:proofErr w:type="spellEnd"/>
          </w:p>
        </w:tc>
        <w:tc>
          <w:tcPr>
            <w:tcW w:w="3615" w:type="dxa"/>
            <w:gridSpan w:val="3"/>
            <w:tcBorders>
              <w:top w:val="single" w:sz="5" w:space="0" w:color="9AAEB9"/>
              <w:left w:val="single" w:sz="5" w:space="0" w:color="9AAEB9"/>
              <w:bottom w:val="single" w:sz="5" w:space="0" w:color="9AAEB9"/>
              <w:right w:val="single" w:sz="5" w:space="0" w:color="9AAEB9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C6354D3" w14:textId="70644A81" w:rsidR="009A6A6C" w:rsidRPr="00A714B8" w:rsidRDefault="009A6A6C" w:rsidP="009A6A6C">
            <w:pPr>
              <w:rPr>
                <w:rFonts w:ascii="Meiryo UI" w:eastAsia="Meiryo UI" w:hAnsi="Meiryo UI"/>
                <w:sz w:val="21"/>
                <w:szCs w:val="21"/>
              </w:rPr>
            </w:pPr>
            <w:r w:rsidRPr="00A76852">
              <w:rPr>
                <w:rFonts w:ascii="Meiryo UI" w:eastAsia="Meiryo UI" w:hAnsi="Meiryo UI"/>
                <w:sz w:val="21"/>
                <w:szCs w:val="21"/>
              </w:rPr>
              <w:t>（　　　　　　）           —</w:t>
            </w:r>
          </w:p>
        </w:tc>
      </w:tr>
      <w:tr w:rsidR="009A6A6C" w:rsidRPr="003C6093" w14:paraId="72631111" w14:textId="77777777" w:rsidTr="00F9516C">
        <w:trPr>
          <w:gridBefore w:val="1"/>
          <w:wBefore w:w="24" w:type="dxa"/>
          <w:cantSplit/>
          <w:trHeight w:val="20"/>
          <w:jc w:val="center"/>
        </w:trPr>
        <w:tc>
          <w:tcPr>
            <w:tcW w:w="10603" w:type="dxa"/>
            <w:gridSpan w:val="8"/>
            <w:tcBorders>
              <w:top w:val="single" w:sz="5" w:space="0" w:color="9AAEB9"/>
              <w:bottom w:val="single" w:sz="5" w:space="0" w:color="9AAEB9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B568CC3" w14:textId="77777777" w:rsidR="009A6A6C" w:rsidRPr="003C6093" w:rsidRDefault="009A6A6C" w:rsidP="009A6A6C">
            <w:pPr>
              <w:rPr>
                <w:rFonts w:ascii="Meiryo UI" w:eastAsia="Meiryo UI" w:hAnsi="Meiryo UI"/>
                <w:sz w:val="4"/>
                <w:szCs w:val="4"/>
              </w:rPr>
            </w:pPr>
          </w:p>
        </w:tc>
      </w:tr>
      <w:tr w:rsidR="009A6A6C" w:rsidRPr="00A714B8" w14:paraId="7E438C0A" w14:textId="77777777" w:rsidTr="001356BB">
        <w:trPr>
          <w:gridBefore w:val="1"/>
          <w:gridAfter w:val="1"/>
          <w:wBefore w:w="24" w:type="dxa"/>
          <w:wAfter w:w="28" w:type="dxa"/>
          <w:cantSplit/>
          <w:trHeight w:val="170"/>
          <w:jc w:val="center"/>
        </w:trPr>
        <w:tc>
          <w:tcPr>
            <w:tcW w:w="10575" w:type="dxa"/>
            <w:gridSpan w:val="7"/>
            <w:tcBorders>
              <w:top w:val="single" w:sz="5" w:space="0" w:color="9AAEB9"/>
              <w:left w:val="single" w:sz="5" w:space="0" w:color="9AAEB9"/>
              <w:bottom w:val="single" w:sz="5" w:space="0" w:color="9AAEB9"/>
              <w:right w:val="single" w:sz="5" w:space="0" w:color="9AAEB9"/>
            </w:tcBorders>
            <w:shd w:val="clear" w:color="auto" w:fill="183B56"/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7C665E7B" w14:textId="7AFBB755" w:rsidR="009A6A6C" w:rsidRPr="003C0308" w:rsidRDefault="009A6A6C" w:rsidP="009A6A6C">
            <w:pPr>
              <w:pStyle w:val="ae"/>
              <w:numPr>
                <w:ilvl w:val="0"/>
                <w:numId w:val="11"/>
              </w:numPr>
              <w:rPr>
                <w:rFonts w:ascii="Meiryo UI" w:eastAsia="Meiryo UI" w:hAnsi="Meiryo UI"/>
                <w:sz w:val="21"/>
                <w:szCs w:val="21"/>
              </w:rPr>
            </w:pPr>
            <w:proofErr w:type="spellStart"/>
            <w:r w:rsidRPr="00FB1333">
              <w:rPr>
                <w:rFonts w:ascii="Meiryo UI" w:eastAsia="Meiryo UI" w:hAnsi="Meiryo UI"/>
                <w:b/>
                <w:color w:val="FFFFFF"/>
                <w:sz w:val="22"/>
              </w:rPr>
              <w:t>保険情報</w:t>
            </w:r>
            <w:proofErr w:type="spellEnd"/>
          </w:p>
        </w:tc>
      </w:tr>
      <w:tr w:rsidR="009A6A6C" w:rsidRPr="00A714B8" w14:paraId="6738E6D7" w14:textId="77777777" w:rsidTr="002D2A9D">
        <w:trPr>
          <w:gridBefore w:val="1"/>
          <w:gridAfter w:val="1"/>
          <w:wBefore w:w="24" w:type="dxa"/>
          <w:wAfter w:w="28" w:type="dxa"/>
          <w:cantSplit/>
          <w:jc w:val="center"/>
        </w:trPr>
        <w:tc>
          <w:tcPr>
            <w:tcW w:w="10575" w:type="dxa"/>
            <w:gridSpan w:val="7"/>
            <w:tcBorders>
              <w:top w:val="single" w:sz="5" w:space="0" w:color="9AAEB9"/>
              <w:bottom w:val="single" w:sz="5" w:space="0" w:color="9AAEB9"/>
            </w:tcBorders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7BEA512B" w14:textId="1B74A312" w:rsidR="009A6A6C" w:rsidRPr="00D04138" w:rsidRDefault="009A6A6C" w:rsidP="009A6A6C">
            <w:pPr>
              <w:spacing w:after="20"/>
              <w:ind w:leftChars="-61" w:left="-10" w:hangingChars="52" w:hanging="94"/>
              <w:rPr>
                <w:rFonts w:ascii="Meiryo UI" w:eastAsia="Meiryo UI" w:hAnsi="Meiryo UI"/>
                <w:sz w:val="21"/>
                <w:szCs w:val="21"/>
                <w:u w:val="wave"/>
                <w:lang w:eastAsia="ja-JP"/>
              </w:rPr>
            </w:pPr>
            <w:r w:rsidRPr="000447A8">
              <w:rPr>
                <w:rFonts w:ascii="Meiryo UI" w:eastAsia="Meiryo UI" w:hAnsi="Meiryo UI"/>
                <w:color w:val="526575"/>
                <w:sz w:val="18"/>
                <w:szCs w:val="18"/>
                <w:u w:val="wave"/>
                <w:lang w:eastAsia="ja-JP"/>
              </w:rPr>
              <w:t>※下記</w:t>
            </w:r>
            <w:r w:rsidRPr="000447A8">
              <w:rPr>
                <w:rFonts w:ascii="Meiryo UI" w:eastAsia="Meiryo UI" w:hAnsi="Meiryo UI" w:hint="eastAsia"/>
                <w:color w:val="526575"/>
                <w:sz w:val="18"/>
                <w:szCs w:val="18"/>
                <w:u w:val="wave"/>
                <w:lang w:eastAsia="ja-JP"/>
              </w:rPr>
              <w:t>保険情報をご記入又は</w:t>
            </w:r>
            <w:r w:rsidRPr="000447A8">
              <w:rPr>
                <w:rFonts w:ascii="Meiryo UI" w:eastAsia="Meiryo UI" w:hAnsi="Meiryo UI"/>
                <w:color w:val="526575"/>
                <w:sz w:val="18"/>
                <w:szCs w:val="18"/>
                <w:u w:val="wave"/>
                <w:lang w:eastAsia="ja-JP"/>
              </w:rPr>
              <w:t>「カルテ保険情報」もしくは「</w:t>
            </w:r>
            <w:r w:rsidRPr="000447A8">
              <w:rPr>
                <w:rFonts w:ascii="Meiryo UI" w:eastAsia="Meiryo UI" w:hAnsi="Meiryo UI" w:hint="eastAsia"/>
                <w:color w:val="526575"/>
                <w:sz w:val="18"/>
                <w:szCs w:val="18"/>
                <w:u w:val="wave"/>
                <w:lang w:eastAsia="ja-JP"/>
              </w:rPr>
              <w:t>資格確認書</w:t>
            </w:r>
            <w:r w:rsidRPr="000447A8">
              <w:rPr>
                <w:rFonts w:ascii="Meiryo UI" w:eastAsia="Meiryo UI" w:hAnsi="Meiryo UI"/>
                <w:color w:val="526575"/>
                <w:sz w:val="18"/>
                <w:szCs w:val="18"/>
                <w:u w:val="wave"/>
                <w:lang w:eastAsia="ja-JP"/>
              </w:rPr>
              <w:t>」等の写しを添えて下さい。</w:t>
            </w:r>
          </w:p>
        </w:tc>
      </w:tr>
      <w:tr w:rsidR="009A6A6C" w:rsidRPr="00A714B8" w14:paraId="657EFEFD" w14:textId="77777777" w:rsidTr="002D2A9D">
        <w:trPr>
          <w:gridBefore w:val="1"/>
          <w:wBefore w:w="24" w:type="dxa"/>
          <w:cantSplit/>
          <w:trHeight w:val="255"/>
          <w:jc w:val="center"/>
        </w:trPr>
        <w:tc>
          <w:tcPr>
            <w:tcW w:w="1701" w:type="dxa"/>
            <w:tcBorders>
              <w:top w:val="single" w:sz="5" w:space="0" w:color="9AAEB9"/>
              <w:left w:val="single" w:sz="5" w:space="0" w:color="9AAEB9"/>
              <w:bottom w:val="single" w:sz="5" w:space="0" w:color="9AAEB9"/>
              <w:right w:val="single" w:sz="5" w:space="0" w:color="9AAEB9"/>
            </w:tcBorders>
            <w:shd w:val="clear" w:color="auto" w:fill="EAF2F6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060697A" w14:textId="77777777" w:rsidR="009A6A6C" w:rsidRPr="00A714B8" w:rsidRDefault="009A6A6C" w:rsidP="009A6A6C">
            <w:pPr>
              <w:rPr>
                <w:rFonts w:ascii="Meiryo UI" w:eastAsia="Meiryo UI" w:hAnsi="Meiryo UI"/>
                <w:sz w:val="21"/>
                <w:szCs w:val="21"/>
              </w:rPr>
            </w:pPr>
            <w:proofErr w:type="spellStart"/>
            <w:r w:rsidRPr="00A714B8">
              <w:rPr>
                <w:rFonts w:ascii="Meiryo UI" w:eastAsia="Meiryo UI" w:hAnsi="Meiryo UI"/>
                <w:b/>
                <w:color w:val="183B56"/>
                <w:sz w:val="21"/>
                <w:szCs w:val="21"/>
              </w:rPr>
              <w:t>保険者番号</w:t>
            </w:r>
            <w:proofErr w:type="spellEnd"/>
          </w:p>
        </w:tc>
        <w:tc>
          <w:tcPr>
            <w:tcW w:w="3590" w:type="dxa"/>
            <w:gridSpan w:val="2"/>
            <w:tcBorders>
              <w:top w:val="single" w:sz="5" w:space="0" w:color="9AAEB9"/>
              <w:left w:val="single" w:sz="5" w:space="0" w:color="9AAEB9"/>
              <w:bottom w:val="single" w:sz="5" w:space="0" w:color="9AAEB9"/>
              <w:right w:val="single" w:sz="5" w:space="0" w:color="9AAEB9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DBB1AF4" w14:textId="77777777" w:rsidR="009A6A6C" w:rsidRPr="00A714B8" w:rsidRDefault="009A6A6C" w:rsidP="009A6A6C">
            <w:pPr>
              <w:rPr>
                <w:rFonts w:ascii="Meiryo UI" w:eastAsia="Meiryo UI" w:hAnsi="Meiryo UI"/>
                <w:sz w:val="21"/>
                <w:szCs w:val="21"/>
              </w:rPr>
            </w:pPr>
          </w:p>
        </w:tc>
        <w:tc>
          <w:tcPr>
            <w:tcW w:w="1697" w:type="dxa"/>
            <w:gridSpan w:val="2"/>
            <w:tcBorders>
              <w:top w:val="single" w:sz="5" w:space="0" w:color="9AAEB9"/>
              <w:left w:val="single" w:sz="5" w:space="0" w:color="9AAEB9"/>
              <w:bottom w:val="single" w:sz="5" w:space="0" w:color="9AAEB9"/>
              <w:right w:val="single" w:sz="5" w:space="0" w:color="9AAEB9"/>
            </w:tcBorders>
            <w:shd w:val="clear" w:color="auto" w:fill="EAF2F6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E05CDDE" w14:textId="77777777" w:rsidR="009A6A6C" w:rsidRPr="00A714B8" w:rsidRDefault="009A6A6C" w:rsidP="009A6A6C">
            <w:pPr>
              <w:rPr>
                <w:rFonts w:ascii="Meiryo UI" w:eastAsia="Meiryo UI" w:hAnsi="Meiryo UI"/>
                <w:sz w:val="21"/>
                <w:szCs w:val="21"/>
              </w:rPr>
            </w:pPr>
            <w:proofErr w:type="spellStart"/>
            <w:r w:rsidRPr="00A714B8">
              <w:rPr>
                <w:rFonts w:ascii="Meiryo UI" w:eastAsia="Meiryo UI" w:hAnsi="Meiryo UI"/>
                <w:b/>
                <w:color w:val="183B56"/>
                <w:sz w:val="21"/>
                <w:szCs w:val="21"/>
              </w:rPr>
              <w:t>本人・家族</w:t>
            </w:r>
            <w:proofErr w:type="spellEnd"/>
          </w:p>
        </w:tc>
        <w:tc>
          <w:tcPr>
            <w:tcW w:w="3615" w:type="dxa"/>
            <w:gridSpan w:val="3"/>
            <w:tcBorders>
              <w:top w:val="single" w:sz="5" w:space="0" w:color="9AAEB9"/>
              <w:left w:val="single" w:sz="5" w:space="0" w:color="9AAEB9"/>
              <w:bottom w:val="single" w:sz="5" w:space="0" w:color="9AAEB9"/>
              <w:right w:val="single" w:sz="5" w:space="0" w:color="9AAEB9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FB7B3F2" w14:textId="6507A95C" w:rsidR="009A6A6C" w:rsidRPr="00A714B8" w:rsidRDefault="0033080D" w:rsidP="009A6A6C">
            <w:pPr>
              <w:ind w:firstLineChars="300" w:firstLine="630"/>
              <w:rPr>
                <w:rFonts w:ascii="Meiryo UI" w:eastAsia="Meiryo UI" w:hAnsi="Meiryo UI"/>
                <w:sz w:val="21"/>
                <w:szCs w:val="21"/>
              </w:rPr>
            </w:pPr>
            <w:sdt>
              <w:sdtPr>
                <w:rPr>
                  <w:rFonts w:ascii="Meiryo UI" w:eastAsia="Meiryo UI" w:hAnsi="Meiryo UI"/>
                  <w:color w:val="526575"/>
                  <w:sz w:val="21"/>
                  <w:szCs w:val="21"/>
                </w:rPr>
                <w:id w:val="62312791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9A6A6C" w:rsidRPr="003F23BA">
                  <w:rPr>
                    <w:rFonts w:ascii="ＭＳ ゴシック" w:eastAsia="ＭＳ ゴシック" w:hAnsi="ＭＳ ゴシック" w:hint="eastAsia"/>
                    <w:color w:val="526575"/>
                    <w:sz w:val="26"/>
                    <w:szCs w:val="26"/>
                  </w:rPr>
                  <w:t>☐</w:t>
                </w:r>
              </w:sdtContent>
            </w:sdt>
            <w:r w:rsidR="009A6A6C" w:rsidRPr="00A714B8">
              <w:rPr>
                <w:rFonts w:ascii="Meiryo UI" w:eastAsia="Meiryo UI" w:hAnsi="Meiryo UI"/>
                <w:color w:val="526575"/>
                <w:sz w:val="21"/>
                <w:szCs w:val="21"/>
              </w:rPr>
              <w:t xml:space="preserve"> </w:t>
            </w:r>
            <w:proofErr w:type="spellStart"/>
            <w:r w:rsidR="009A6A6C" w:rsidRPr="00A714B8">
              <w:rPr>
                <w:rFonts w:ascii="Meiryo UI" w:eastAsia="Meiryo UI" w:hAnsi="Meiryo UI"/>
                <w:color w:val="526575"/>
                <w:sz w:val="21"/>
                <w:szCs w:val="21"/>
              </w:rPr>
              <w:t>本人</w:t>
            </w:r>
            <w:proofErr w:type="spellEnd"/>
            <w:r w:rsidR="009A6A6C" w:rsidRPr="00A714B8">
              <w:rPr>
                <w:rFonts w:ascii="Meiryo UI" w:eastAsia="Meiryo UI" w:hAnsi="Meiryo UI"/>
                <w:color w:val="526575"/>
                <w:sz w:val="21"/>
                <w:szCs w:val="21"/>
              </w:rPr>
              <w:t xml:space="preserve">　</w:t>
            </w:r>
            <w:r w:rsidR="009A6A6C">
              <w:rPr>
                <w:rFonts w:ascii="Meiryo UI" w:eastAsia="Meiryo UI" w:hAnsi="Meiryo UI" w:hint="eastAsia"/>
                <w:color w:val="526575"/>
                <w:sz w:val="21"/>
                <w:szCs w:val="21"/>
                <w:lang w:eastAsia="ja-JP"/>
              </w:rPr>
              <w:t xml:space="preserve">　　　</w:t>
            </w:r>
            <w:sdt>
              <w:sdtPr>
                <w:rPr>
                  <w:rFonts w:ascii="Meiryo UI" w:eastAsia="Meiryo UI" w:hAnsi="Meiryo UI" w:hint="eastAsia"/>
                  <w:color w:val="526575"/>
                  <w:sz w:val="21"/>
                  <w:szCs w:val="21"/>
                  <w:lang w:eastAsia="ja-JP"/>
                </w:rPr>
                <w:id w:val="79719508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9A6A6C" w:rsidRPr="003F23BA">
                  <w:rPr>
                    <w:rFonts w:ascii="ＭＳ ゴシック" w:eastAsia="ＭＳ ゴシック" w:hAnsi="ＭＳ ゴシック" w:hint="eastAsia"/>
                    <w:color w:val="526575"/>
                    <w:sz w:val="26"/>
                    <w:szCs w:val="26"/>
                    <w:lang w:eastAsia="ja-JP"/>
                  </w:rPr>
                  <w:t>☐</w:t>
                </w:r>
              </w:sdtContent>
            </w:sdt>
            <w:r w:rsidR="009A6A6C" w:rsidRPr="00A714B8">
              <w:rPr>
                <w:rFonts w:ascii="Meiryo UI" w:eastAsia="Meiryo UI" w:hAnsi="Meiryo UI"/>
                <w:color w:val="526575"/>
                <w:sz w:val="21"/>
                <w:szCs w:val="21"/>
              </w:rPr>
              <w:t xml:space="preserve"> </w:t>
            </w:r>
            <w:proofErr w:type="spellStart"/>
            <w:r w:rsidR="009A6A6C" w:rsidRPr="00A714B8">
              <w:rPr>
                <w:rFonts w:ascii="Meiryo UI" w:eastAsia="Meiryo UI" w:hAnsi="Meiryo UI"/>
                <w:color w:val="526575"/>
                <w:sz w:val="21"/>
                <w:szCs w:val="21"/>
              </w:rPr>
              <w:t>家族</w:t>
            </w:r>
            <w:proofErr w:type="spellEnd"/>
          </w:p>
        </w:tc>
      </w:tr>
      <w:tr w:rsidR="009A6A6C" w:rsidRPr="00A714B8" w14:paraId="25E8FEE9" w14:textId="77777777" w:rsidTr="002D2A9D">
        <w:trPr>
          <w:gridBefore w:val="1"/>
          <w:wBefore w:w="24" w:type="dxa"/>
          <w:cantSplit/>
          <w:trHeight w:val="255"/>
          <w:jc w:val="center"/>
        </w:trPr>
        <w:tc>
          <w:tcPr>
            <w:tcW w:w="1701" w:type="dxa"/>
            <w:tcBorders>
              <w:top w:val="single" w:sz="5" w:space="0" w:color="9AAEB9"/>
              <w:left w:val="single" w:sz="5" w:space="0" w:color="9AAEB9"/>
              <w:bottom w:val="single" w:sz="5" w:space="0" w:color="9AAEB9"/>
              <w:right w:val="single" w:sz="5" w:space="0" w:color="9AAEB9"/>
            </w:tcBorders>
            <w:shd w:val="clear" w:color="auto" w:fill="EAF2F6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40912F7" w14:textId="77777777" w:rsidR="009A6A6C" w:rsidRPr="00A714B8" w:rsidRDefault="009A6A6C" w:rsidP="009A6A6C">
            <w:pPr>
              <w:rPr>
                <w:rFonts w:ascii="Meiryo UI" w:eastAsia="Meiryo UI" w:hAnsi="Meiryo UI"/>
                <w:sz w:val="21"/>
                <w:szCs w:val="21"/>
              </w:rPr>
            </w:pPr>
            <w:proofErr w:type="spellStart"/>
            <w:r w:rsidRPr="00A714B8">
              <w:rPr>
                <w:rFonts w:ascii="Meiryo UI" w:eastAsia="Meiryo UI" w:hAnsi="Meiryo UI"/>
                <w:b/>
                <w:color w:val="183B56"/>
                <w:sz w:val="21"/>
                <w:szCs w:val="21"/>
              </w:rPr>
              <w:t>記号・番号・枝番</w:t>
            </w:r>
            <w:proofErr w:type="spellEnd"/>
          </w:p>
        </w:tc>
        <w:tc>
          <w:tcPr>
            <w:tcW w:w="3590" w:type="dxa"/>
            <w:gridSpan w:val="2"/>
            <w:tcBorders>
              <w:top w:val="single" w:sz="5" w:space="0" w:color="9AAEB9"/>
              <w:left w:val="single" w:sz="5" w:space="0" w:color="9AAEB9"/>
              <w:bottom w:val="single" w:sz="5" w:space="0" w:color="9AAEB9"/>
              <w:right w:val="single" w:sz="5" w:space="0" w:color="9AAEB9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B296C83" w14:textId="77777777" w:rsidR="009A6A6C" w:rsidRPr="00A714B8" w:rsidRDefault="009A6A6C" w:rsidP="009A6A6C">
            <w:pPr>
              <w:rPr>
                <w:rFonts w:ascii="Meiryo UI" w:eastAsia="Meiryo UI" w:hAnsi="Meiryo UI"/>
                <w:sz w:val="21"/>
                <w:szCs w:val="21"/>
              </w:rPr>
            </w:pPr>
          </w:p>
        </w:tc>
        <w:tc>
          <w:tcPr>
            <w:tcW w:w="1697" w:type="dxa"/>
            <w:gridSpan w:val="2"/>
            <w:tcBorders>
              <w:top w:val="single" w:sz="5" w:space="0" w:color="9AAEB9"/>
              <w:left w:val="single" w:sz="5" w:space="0" w:color="9AAEB9"/>
              <w:bottom w:val="single" w:sz="5" w:space="0" w:color="9AAEB9"/>
              <w:right w:val="single" w:sz="5" w:space="0" w:color="9AAEB9"/>
            </w:tcBorders>
            <w:shd w:val="clear" w:color="auto" w:fill="EAF2F6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F34D52C" w14:textId="77777777" w:rsidR="009A6A6C" w:rsidRPr="00A714B8" w:rsidRDefault="009A6A6C" w:rsidP="009A6A6C">
            <w:pPr>
              <w:rPr>
                <w:rFonts w:ascii="Meiryo UI" w:eastAsia="Meiryo UI" w:hAnsi="Meiryo UI"/>
                <w:sz w:val="21"/>
                <w:szCs w:val="21"/>
              </w:rPr>
            </w:pPr>
            <w:proofErr w:type="spellStart"/>
            <w:r w:rsidRPr="00A714B8">
              <w:rPr>
                <w:rFonts w:ascii="Meiryo UI" w:eastAsia="Meiryo UI" w:hAnsi="Meiryo UI"/>
                <w:b/>
                <w:color w:val="183B56"/>
                <w:sz w:val="21"/>
                <w:szCs w:val="21"/>
              </w:rPr>
              <w:t>負担割合</w:t>
            </w:r>
            <w:proofErr w:type="spellEnd"/>
          </w:p>
        </w:tc>
        <w:tc>
          <w:tcPr>
            <w:tcW w:w="3615" w:type="dxa"/>
            <w:gridSpan w:val="3"/>
            <w:tcBorders>
              <w:top w:val="single" w:sz="5" w:space="0" w:color="9AAEB9"/>
              <w:left w:val="single" w:sz="5" w:space="0" w:color="9AAEB9"/>
              <w:bottom w:val="single" w:sz="5" w:space="0" w:color="9AAEB9"/>
              <w:right w:val="single" w:sz="5" w:space="0" w:color="9AAEB9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8E2F54B" w14:textId="734CAF5E" w:rsidR="009A6A6C" w:rsidRPr="00A714B8" w:rsidRDefault="0033080D" w:rsidP="009A6A6C">
            <w:pPr>
              <w:ind w:firstLineChars="200" w:firstLine="420"/>
              <w:rPr>
                <w:rFonts w:ascii="Meiryo UI" w:eastAsia="Meiryo UI" w:hAnsi="Meiryo UI"/>
                <w:sz w:val="21"/>
                <w:szCs w:val="21"/>
              </w:rPr>
            </w:pPr>
            <w:sdt>
              <w:sdtPr>
                <w:rPr>
                  <w:rFonts w:ascii="Meiryo UI" w:eastAsia="Meiryo UI" w:hAnsi="Meiryo UI"/>
                  <w:color w:val="526575"/>
                  <w:sz w:val="21"/>
                  <w:szCs w:val="21"/>
                </w:rPr>
                <w:id w:val="137866372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9A6A6C" w:rsidRPr="005740CC">
                  <w:rPr>
                    <w:rFonts w:ascii="ＭＳ ゴシック" w:eastAsia="ＭＳ ゴシック" w:hAnsi="ＭＳ ゴシック" w:hint="eastAsia"/>
                    <w:color w:val="526575"/>
                    <w:sz w:val="26"/>
                    <w:szCs w:val="26"/>
                  </w:rPr>
                  <w:t>☐</w:t>
                </w:r>
              </w:sdtContent>
            </w:sdt>
            <w:r w:rsidR="009A6A6C" w:rsidRPr="00A714B8">
              <w:rPr>
                <w:rFonts w:ascii="Meiryo UI" w:eastAsia="Meiryo UI" w:hAnsi="Meiryo UI"/>
                <w:color w:val="526575"/>
                <w:sz w:val="21"/>
                <w:szCs w:val="21"/>
              </w:rPr>
              <w:t xml:space="preserve"> 1割　</w:t>
            </w:r>
            <w:r w:rsidR="009A6A6C">
              <w:rPr>
                <w:rFonts w:ascii="Meiryo UI" w:eastAsia="Meiryo UI" w:hAnsi="Meiryo UI" w:hint="eastAsia"/>
                <w:color w:val="526575"/>
                <w:sz w:val="21"/>
                <w:szCs w:val="21"/>
                <w:lang w:eastAsia="ja-JP"/>
              </w:rPr>
              <w:t xml:space="preserve">　</w:t>
            </w:r>
            <w:sdt>
              <w:sdtPr>
                <w:rPr>
                  <w:rFonts w:ascii="Meiryo UI" w:eastAsia="Meiryo UI" w:hAnsi="Meiryo UI" w:hint="eastAsia"/>
                  <w:color w:val="526575"/>
                  <w:sz w:val="21"/>
                  <w:szCs w:val="21"/>
                  <w:lang w:eastAsia="ja-JP"/>
                </w:rPr>
                <w:id w:val="11263773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9A6A6C" w:rsidRPr="00C276A8">
                  <w:rPr>
                    <w:rFonts w:ascii="ＭＳ ゴシック" w:eastAsia="ＭＳ ゴシック" w:hAnsi="ＭＳ ゴシック" w:hint="eastAsia"/>
                    <w:color w:val="526575"/>
                    <w:sz w:val="26"/>
                    <w:szCs w:val="26"/>
                    <w:lang w:eastAsia="ja-JP"/>
                  </w:rPr>
                  <w:t>☐</w:t>
                </w:r>
              </w:sdtContent>
            </w:sdt>
            <w:r w:rsidR="009A6A6C" w:rsidRPr="00A714B8">
              <w:rPr>
                <w:rFonts w:ascii="Meiryo UI" w:eastAsia="Meiryo UI" w:hAnsi="Meiryo UI"/>
                <w:color w:val="526575"/>
                <w:sz w:val="21"/>
                <w:szCs w:val="21"/>
              </w:rPr>
              <w:t xml:space="preserve"> </w:t>
            </w:r>
            <w:r w:rsidR="009A6A6C">
              <w:rPr>
                <w:rFonts w:ascii="Meiryo UI" w:eastAsia="Meiryo UI" w:hAnsi="Meiryo UI" w:hint="eastAsia"/>
                <w:color w:val="526575"/>
                <w:sz w:val="21"/>
                <w:szCs w:val="21"/>
                <w:lang w:eastAsia="ja-JP"/>
              </w:rPr>
              <w:t xml:space="preserve">　</w:t>
            </w:r>
            <w:r w:rsidR="009A6A6C" w:rsidRPr="00A714B8">
              <w:rPr>
                <w:rFonts w:ascii="Meiryo UI" w:eastAsia="Meiryo UI" w:hAnsi="Meiryo UI"/>
                <w:color w:val="526575"/>
                <w:sz w:val="21"/>
                <w:szCs w:val="21"/>
              </w:rPr>
              <w:t xml:space="preserve">2割　</w:t>
            </w:r>
            <w:r w:rsidR="009A6A6C">
              <w:rPr>
                <w:rFonts w:ascii="Meiryo UI" w:eastAsia="Meiryo UI" w:hAnsi="Meiryo UI" w:hint="eastAsia"/>
                <w:color w:val="526575"/>
                <w:sz w:val="21"/>
                <w:szCs w:val="21"/>
                <w:lang w:eastAsia="ja-JP"/>
              </w:rPr>
              <w:t xml:space="preserve">　</w:t>
            </w:r>
            <w:sdt>
              <w:sdtPr>
                <w:rPr>
                  <w:rFonts w:ascii="Meiryo UI" w:eastAsia="Meiryo UI" w:hAnsi="Meiryo UI" w:hint="eastAsia"/>
                  <w:color w:val="526575"/>
                  <w:sz w:val="21"/>
                  <w:szCs w:val="21"/>
                  <w:lang w:eastAsia="ja-JP"/>
                </w:rPr>
                <w:id w:val="-65499219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9A6A6C" w:rsidRPr="00AB565B">
                  <w:rPr>
                    <w:rFonts w:ascii="ＭＳ ゴシック" w:eastAsia="ＭＳ ゴシック" w:hAnsi="ＭＳ ゴシック" w:hint="eastAsia"/>
                    <w:color w:val="526575"/>
                    <w:sz w:val="26"/>
                    <w:szCs w:val="26"/>
                    <w:lang w:eastAsia="ja-JP"/>
                  </w:rPr>
                  <w:t>☐</w:t>
                </w:r>
              </w:sdtContent>
            </w:sdt>
            <w:r w:rsidR="009A6A6C" w:rsidRPr="00A714B8">
              <w:rPr>
                <w:rFonts w:ascii="Meiryo UI" w:eastAsia="Meiryo UI" w:hAnsi="Meiryo UI"/>
                <w:color w:val="526575"/>
                <w:sz w:val="21"/>
                <w:szCs w:val="21"/>
              </w:rPr>
              <w:t xml:space="preserve"> 3割</w:t>
            </w:r>
          </w:p>
        </w:tc>
      </w:tr>
      <w:tr w:rsidR="009A6A6C" w:rsidRPr="00A714B8" w14:paraId="00DA02B4" w14:textId="77777777" w:rsidTr="002D2A9D">
        <w:trPr>
          <w:gridBefore w:val="1"/>
          <w:wBefore w:w="24" w:type="dxa"/>
          <w:cantSplit/>
          <w:trHeight w:val="255"/>
          <w:jc w:val="center"/>
        </w:trPr>
        <w:tc>
          <w:tcPr>
            <w:tcW w:w="1701" w:type="dxa"/>
            <w:tcBorders>
              <w:top w:val="single" w:sz="5" w:space="0" w:color="9AAEB9"/>
              <w:left w:val="single" w:sz="5" w:space="0" w:color="9AAEB9"/>
              <w:bottom w:val="single" w:sz="5" w:space="0" w:color="9AAEB9"/>
              <w:right w:val="single" w:sz="5" w:space="0" w:color="9AAEB9"/>
            </w:tcBorders>
            <w:shd w:val="clear" w:color="auto" w:fill="EAF2F6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688011D" w14:textId="77777777" w:rsidR="009A6A6C" w:rsidRPr="00A714B8" w:rsidRDefault="009A6A6C" w:rsidP="009A6A6C">
            <w:pPr>
              <w:rPr>
                <w:rFonts w:ascii="Meiryo UI" w:eastAsia="Meiryo UI" w:hAnsi="Meiryo UI"/>
                <w:sz w:val="21"/>
                <w:szCs w:val="21"/>
              </w:rPr>
            </w:pPr>
            <w:proofErr w:type="spellStart"/>
            <w:r w:rsidRPr="00A714B8">
              <w:rPr>
                <w:rFonts w:ascii="Meiryo UI" w:eastAsia="Meiryo UI" w:hAnsi="Meiryo UI"/>
                <w:b/>
                <w:color w:val="183B56"/>
                <w:sz w:val="21"/>
                <w:szCs w:val="21"/>
              </w:rPr>
              <w:t>資格取得年月日</w:t>
            </w:r>
            <w:proofErr w:type="spellEnd"/>
          </w:p>
        </w:tc>
        <w:tc>
          <w:tcPr>
            <w:tcW w:w="3590" w:type="dxa"/>
            <w:gridSpan w:val="2"/>
            <w:tcBorders>
              <w:top w:val="single" w:sz="5" w:space="0" w:color="9AAEB9"/>
              <w:left w:val="single" w:sz="5" w:space="0" w:color="9AAEB9"/>
              <w:bottom w:val="single" w:sz="5" w:space="0" w:color="9AAEB9"/>
              <w:right w:val="single" w:sz="5" w:space="0" w:color="9AAEB9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A9FB8E2" w14:textId="0FD6187D" w:rsidR="009A6A6C" w:rsidRPr="00A714B8" w:rsidRDefault="009A6A6C" w:rsidP="009A6A6C">
            <w:pPr>
              <w:ind w:firstLineChars="200" w:firstLine="420"/>
              <w:rPr>
                <w:rFonts w:ascii="Meiryo UI" w:eastAsia="Meiryo UI" w:hAnsi="Meiryo UI"/>
                <w:sz w:val="21"/>
                <w:szCs w:val="21"/>
              </w:rPr>
            </w:pPr>
            <w:r w:rsidRPr="00A714B8">
              <w:rPr>
                <w:rFonts w:ascii="Meiryo UI" w:eastAsia="Meiryo UI" w:hAnsi="Meiryo UI"/>
                <w:color w:val="526575"/>
                <w:sz w:val="21"/>
                <w:szCs w:val="21"/>
              </w:rPr>
              <w:t xml:space="preserve">　　</w:t>
            </w:r>
            <w:r>
              <w:rPr>
                <w:rFonts w:ascii="Meiryo UI" w:eastAsia="Meiryo UI" w:hAnsi="Meiryo UI" w:hint="eastAsia"/>
                <w:color w:val="526575"/>
                <w:sz w:val="21"/>
                <w:szCs w:val="21"/>
                <w:lang w:eastAsia="ja-JP"/>
              </w:rPr>
              <w:t xml:space="preserve">　　</w:t>
            </w:r>
            <w:r w:rsidRPr="00A714B8">
              <w:rPr>
                <w:rFonts w:ascii="Meiryo UI" w:eastAsia="Meiryo UI" w:hAnsi="Meiryo UI"/>
                <w:color w:val="526575"/>
                <w:sz w:val="21"/>
                <w:szCs w:val="21"/>
              </w:rPr>
              <w:t>年</w:t>
            </w:r>
            <w:r>
              <w:rPr>
                <w:rFonts w:ascii="Meiryo UI" w:eastAsia="Meiryo UI" w:hAnsi="Meiryo UI" w:hint="eastAsia"/>
                <w:color w:val="526575"/>
                <w:sz w:val="21"/>
                <w:szCs w:val="21"/>
                <w:lang w:eastAsia="ja-JP"/>
              </w:rPr>
              <w:t xml:space="preserve">　　</w:t>
            </w:r>
            <w:r w:rsidRPr="00A714B8">
              <w:rPr>
                <w:rFonts w:ascii="Meiryo UI" w:eastAsia="Meiryo UI" w:hAnsi="Meiryo UI"/>
                <w:color w:val="526575"/>
                <w:sz w:val="21"/>
                <w:szCs w:val="21"/>
              </w:rPr>
              <w:t xml:space="preserve">　</w:t>
            </w:r>
            <w:r>
              <w:rPr>
                <w:rFonts w:ascii="Meiryo UI" w:eastAsia="Meiryo UI" w:hAnsi="Meiryo UI" w:hint="eastAsia"/>
                <w:color w:val="526575"/>
                <w:sz w:val="21"/>
                <w:szCs w:val="21"/>
                <w:lang w:eastAsia="ja-JP"/>
              </w:rPr>
              <w:t xml:space="preserve">　</w:t>
            </w:r>
            <w:r w:rsidRPr="00A714B8">
              <w:rPr>
                <w:rFonts w:ascii="Meiryo UI" w:eastAsia="Meiryo UI" w:hAnsi="Meiryo UI"/>
                <w:color w:val="526575"/>
                <w:sz w:val="21"/>
                <w:szCs w:val="21"/>
              </w:rPr>
              <w:t xml:space="preserve">　月</w:t>
            </w:r>
            <w:r>
              <w:rPr>
                <w:rFonts w:ascii="Meiryo UI" w:eastAsia="Meiryo UI" w:hAnsi="Meiryo UI" w:hint="eastAsia"/>
                <w:color w:val="526575"/>
                <w:sz w:val="21"/>
                <w:szCs w:val="21"/>
                <w:lang w:eastAsia="ja-JP"/>
              </w:rPr>
              <w:t xml:space="preserve">　　</w:t>
            </w:r>
            <w:r w:rsidRPr="00A714B8">
              <w:rPr>
                <w:rFonts w:ascii="Meiryo UI" w:eastAsia="Meiryo UI" w:hAnsi="Meiryo UI"/>
                <w:color w:val="526575"/>
                <w:sz w:val="21"/>
                <w:szCs w:val="21"/>
              </w:rPr>
              <w:t xml:space="preserve">　　</w:t>
            </w:r>
            <w:r>
              <w:rPr>
                <w:rFonts w:ascii="Meiryo UI" w:eastAsia="Meiryo UI" w:hAnsi="Meiryo UI" w:hint="eastAsia"/>
                <w:color w:val="526575"/>
                <w:sz w:val="21"/>
                <w:szCs w:val="21"/>
                <w:lang w:eastAsia="ja-JP"/>
              </w:rPr>
              <w:t xml:space="preserve">　</w:t>
            </w:r>
            <w:r w:rsidRPr="00A714B8">
              <w:rPr>
                <w:rFonts w:ascii="Meiryo UI" w:eastAsia="Meiryo UI" w:hAnsi="Meiryo UI"/>
                <w:color w:val="526575"/>
                <w:sz w:val="21"/>
                <w:szCs w:val="21"/>
              </w:rPr>
              <w:t>日</w:t>
            </w:r>
          </w:p>
        </w:tc>
        <w:tc>
          <w:tcPr>
            <w:tcW w:w="1697" w:type="dxa"/>
            <w:gridSpan w:val="2"/>
            <w:tcBorders>
              <w:top w:val="single" w:sz="5" w:space="0" w:color="9AAEB9"/>
              <w:left w:val="single" w:sz="5" w:space="0" w:color="9AAEB9"/>
              <w:bottom w:val="single" w:sz="5" w:space="0" w:color="9AAEB9"/>
              <w:right w:val="single" w:sz="5" w:space="0" w:color="9AAEB9"/>
            </w:tcBorders>
            <w:shd w:val="clear" w:color="auto" w:fill="EAF2F6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C849FFA" w14:textId="77777777" w:rsidR="009A6A6C" w:rsidRPr="00A714B8" w:rsidRDefault="009A6A6C" w:rsidP="009A6A6C">
            <w:pPr>
              <w:rPr>
                <w:rFonts w:ascii="Meiryo UI" w:eastAsia="Meiryo UI" w:hAnsi="Meiryo UI"/>
                <w:sz w:val="21"/>
                <w:szCs w:val="21"/>
              </w:rPr>
            </w:pPr>
            <w:proofErr w:type="spellStart"/>
            <w:r w:rsidRPr="00A714B8">
              <w:rPr>
                <w:rFonts w:ascii="Meiryo UI" w:eastAsia="Meiryo UI" w:hAnsi="Meiryo UI"/>
                <w:b/>
                <w:color w:val="183B56"/>
                <w:sz w:val="21"/>
                <w:szCs w:val="21"/>
              </w:rPr>
              <w:t>公費番号</w:t>
            </w:r>
            <w:proofErr w:type="spellEnd"/>
          </w:p>
        </w:tc>
        <w:tc>
          <w:tcPr>
            <w:tcW w:w="3615" w:type="dxa"/>
            <w:gridSpan w:val="3"/>
            <w:tcBorders>
              <w:top w:val="single" w:sz="5" w:space="0" w:color="9AAEB9"/>
              <w:left w:val="single" w:sz="5" w:space="0" w:color="9AAEB9"/>
              <w:bottom w:val="single" w:sz="5" w:space="0" w:color="9AAEB9"/>
              <w:right w:val="single" w:sz="5" w:space="0" w:color="9AAEB9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6FA068C" w14:textId="77777777" w:rsidR="009A6A6C" w:rsidRPr="00A714B8" w:rsidRDefault="009A6A6C" w:rsidP="009A6A6C">
            <w:pPr>
              <w:rPr>
                <w:rFonts w:ascii="Meiryo UI" w:eastAsia="Meiryo UI" w:hAnsi="Meiryo UI"/>
                <w:sz w:val="21"/>
                <w:szCs w:val="21"/>
                <w:lang w:eastAsia="zh-CN"/>
              </w:rPr>
            </w:pPr>
            <w:r w:rsidRPr="00A714B8">
              <w:rPr>
                <w:rFonts w:ascii="Meiryo UI" w:eastAsia="Meiryo UI" w:hAnsi="Meiryo UI"/>
                <w:color w:val="526575"/>
                <w:sz w:val="21"/>
                <w:szCs w:val="21"/>
                <w:lang w:eastAsia="zh-CN"/>
              </w:rPr>
              <w:t xml:space="preserve">負担者：　　　　　　受給者：　　　　　　</w:t>
            </w:r>
          </w:p>
        </w:tc>
      </w:tr>
    </w:tbl>
    <w:p w14:paraId="46A65EB3" w14:textId="564616FA" w:rsidR="0057541B" w:rsidRDefault="0057541B" w:rsidP="008831CC">
      <w:pPr>
        <w:spacing w:line="60" w:lineRule="exact"/>
        <w:rPr>
          <w:rFonts w:ascii="Meiryo UI" w:eastAsia="Meiryo UI" w:hAnsi="Meiryo UI"/>
          <w:sz w:val="21"/>
          <w:szCs w:val="21"/>
          <w:lang w:eastAsia="zh-CN"/>
        </w:rPr>
      </w:pPr>
    </w:p>
    <w:p w14:paraId="04B416AE" w14:textId="2CC362B0" w:rsidR="00E87EDA" w:rsidRPr="00252475" w:rsidRDefault="00E87EDA" w:rsidP="00E87EDA">
      <w:pPr>
        <w:spacing w:after="60"/>
        <w:jc w:val="right"/>
        <w:rPr>
          <w:rFonts w:ascii="Meiryo UI" w:eastAsia="Meiryo UI" w:hAnsi="Meiryo UI"/>
          <w:sz w:val="18"/>
          <w:szCs w:val="18"/>
          <w:lang w:eastAsia="ja-JP"/>
        </w:rPr>
      </w:pPr>
      <w:r w:rsidRPr="00252475">
        <w:rPr>
          <w:rFonts w:ascii="Meiryo UI" w:eastAsia="Meiryo UI" w:hAnsi="Meiryo UI"/>
          <w:color w:val="526575"/>
          <w:sz w:val="18"/>
          <w:szCs w:val="18"/>
          <w:lang w:eastAsia="ja-JP"/>
        </w:rPr>
        <w:t>紹介元医療機関用・地域医療連携推進法人 能代山本ともに医療ネットワーク</w:t>
      </w:r>
      <w:r w:rsidRPr="00252475">
        <w:rPr>
          <w:rFonts w:ascii="Meiryo UI" w:eastAsia="Meiryo UI" w:hAnsi="Meiryo UI" w:hint="eastAsia"/>
          <w:color w:val="526575"/>
          <w:sz w:val="18"/>
          <w:szCs w:val="18"/>
          <w:lang w:eastAsia="ja-JP"/>
        </w:rPr>
        <w:t xml:space="preserve">　</w:t>
      </w:r>
      <w:r w:rsidRPr="00252475">
        <w:rPr>
          <w:rFonts w:ascii="Meiryo UI" w:eastAsia="Meiryo UI" w:hAnsi="Meiryo UI"/>
          <w:color w:val="526575"/>
          <w:sz w:val="18"/>
          <w:szCs w:val="18"/>
          <w:lang w:eastAsia="ja-JP"/>
        </w:rPr>
        <w:t>統一</w:t>
      </w:r>
      <w:r w:rsidRPr="00252475">
        <w:rPr>
          <w:rFonts w:ascii="Meiryo UI" w:eastAsia="Meiryo UI" w:hAnsi="Meiryo UI" w:hint="eastAsia"/>
          <w:color w:val="526575"/>
          <w:sz w:val="18"/>
          <w:szCs w:val="18"/>
          <w:lang w:eastAsia="ja-JP"/>
        </w:rPr>
        <w:t>様式　※様式1-1（</w:t>
      </w:r>
      <w:r w:rsidR="00F22B12" w:rsidRPr="00252475">
        <w:rPr>
          <w:rFonts w:ascii="Meiryo UI" w:eastAsia="Meiryo UI" w:hAnsi="Meiryo UI" w:hint="eastAsia"/>
          <w:color w:val="526575"/>
          <w:sz w:val="18"/>
          <w:szCs w:val="18"/>
          <w:lang w:eastAsia="ja-JP"/>
        </w:rPr>
        <w:t>No.</w:t>
      </w:r>
      <w:r w:rsidRPr="00252475">
        <w:rPr>
          <w:rFonts w:ascii="Meiryo UI" w:eastAsia="Meiryo UI" w:hAnsi="Meiryo UI" w:hint="eastAsia"/>
          <w:color w:val="526575"/>
          <w:sz w:val="18"/>
          <w:szCs w:val="18"/>
          <w:lang w:eastAsia="ja-JP"/>
        </w:rPr>
        <w:t>20261201</w:t>
      </w:r>
      <w:r w:rsidRPr="00252475">
        <w:rPr>
          <w:rFonts w:ascii="Meiryo UI" w:eastAsia="Meiryo UI" w:hAnsi="Meiryo UI"/>
          <w:color w:val="526575"/>
          <w:sz w:val="18"/>
          <w:szCs w:val="18"/>
          <w:lang w:eastAsia="ja-JP"/>
        </w:rPr>
        <w:t>）</w:t>
      </w:r>
    </w:p>
    <w:sectPr w:rsidR="00E87EDA" w:rsidRPr="00252475" w:rsidSect="00BD32BA">
      <w:pgSz w:w="11906" w:h="16838"/>
      <w:pgMar w:top="426" w:right="652" w:bottom="142" w:left="652" w:header="227" w:footer="22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4CB5E14"/>
    <w:multiLevelType w:val="hybridMultilevel"/>
    <w:tmpl w:val="2B861F3E"/>
    <w:lvl w:ilvl="0" w:tplc="0CAA1DCC">
      <w:start w:val="4"/>
      <w:numFmt w:val="decimalEnclosedCircle"/>
      <w:lvlText w:val="%1"/>
      <w:lvlJc w:val="left"/>
      <w:pPr>
        <w:ind w:left="360" w:hanging="360"/>
      </w:pPr>
      <w:rPr>
        <w:rFonts w:hint="default"/>
        <w:b/>
        <w:color w:val="FFFFFF"/>
        <w:sz w:val="22"/>
        <w:szCs w:val="22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57C6195D"/>
    <w:multiLevelType w:val="hybridMultilevel"/>
    <w:tmpl w:val="79F2A97C"/>
    <w:lvl w:ilvl="0" w:tplc="6E56780C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  <w:color w:val="FFFFFF"/>
        <w:sz w:val="22"/>
        <w:szCs w:val="22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378287183">
    <w:abstractNumId w:val="8"/>
  </w:num>
  <w:num w:numId="2" w16cid:durableId="816722674">
    <w:abstractNumId w:val="6"/>
  </w:num>
  <w:num w:numId="3" w16cid:durableId="1058553908">
    <w:abstractNumId w:val="5"/>
  </w:num>
  <w:num w:numId="4" w16cid:durableId="1348870993">
    <w:abstractNumId w:val="4"/>
  </w:num>
  <w:num w:numId="5" w16cid:durableId="497616025">
    <w:abstractNumId w:val="7"/>
  </w:num>
  <w:num w:numId="6" w16cid:durableId="827983047">
    <w:abstractNumId w:val="3"/>
  </w:num>
  <w:num w:numId="7" w16cid:durableId="467356709">
    <w:abstractNumId w:val="2"/>
  </w:num>
  <w:num w:numId="8" w16cid:durableId="1153327084">
    <w:abstractNumId w:val="1"/>
  </w:num>
  <w:num w:numId="9" w16cid:durableId="1898009139">
    <w:abstractNumId w:val="0"/>
  </w:num>
  <w:num w:numId="10" w16cid:durableId="943073063">
    <w:abstractNumId w:val="10"/>
  </w:num>
  <w:num w:numId="11" w16cid:durableId="1679099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5C80"/>
    <w:rsid w:val="00033844"/>
    <w:rsid w:val="00034231"/>
    <w:rsid w:val="000343B6"/>
    <w:rsid w:val="00034616"/>
    <w:rsid w:val="000447A8"/>
    <w:rsid w:val="0006063C"/>
    <w:rsid w:val="00063194"/>
    <w:rsid w:val="00071D78"/>
    <w:rsid w:val="00090F4A"/>
    <w:rsid w:val="000A1F87"/>
    <w:rsid w:val="000B5D1B"/>
    <w:rsid w:val="000B64BA"/>
    <w:rsid w:val="000E1856"/>
    <w:rsid w:val="000F5540"/>
    <w:rsid w:val="00107ADE"/>
    <w:rsid w:val="00126995"/>
    <w:rsid w:val="001356BB"/>
    <w:rsid w:val="0015074B"/>
    <w:rsid w:val="001530CE"/>
    <w:rsid w:val="00165FB6"/>
    <w:rsid w:val="001A3992"/>
    <w:rsid w:val="00246835"/>
    <w:rsid w:val="00252475"/>
    <w:rsid w:val="00257B5B"/>
    <w:rsid w:val="002654C5"/>
    <w:rsid w:val="00267DC9"/>
    <w:rsid w:val="00283733"/>
    <w:rsid w:val="0029015F"/>
    <w:rsid w:val="002912EE"/>
    <w:rsid w:val="00291EC5"/>
    <w:rsid w:val="0029639D"/>
    <w:rsid w:val="002B0468"/>
    <w:rsid w:val="002B41C7"/>
    <w:rsid w:val="002D2A9D"/>
    <w:rsid w:val="002E6F6D"/>
    <w:rsid w:val="002F061A"/>
    <w:rsid w:val="00300643"/>
    <w:rsid w:val="00307AEF"/>
    <w:rsid w:val="00312EC3"/>
    <w:rsid w:val="00326F90"/>
    <w:rsid w:val="00337311"/>
    <w:rsid w:val="00353753"/>
    <w:rsid w:val="003924FA"/>
    <w:rsid w:val="003A1AD4"/>
    <w:rsid w:val="003B4F15"/>
    <w:rsid w:val="003C0308"/>
    <w:rsid w:val="003C6093"/>
    <w:rsid w:val="003E65BC"/>
    <w:rsid w:val="003F23BA"/>
    <w:rsid w:val="00402781"/>
    <w:rsid w:val="00402EB7"/>
    <w:rsid w:val="00415966"/>
    <w:rsid w:val="00416DCD"/>
    <w:rsid w:val="00467D72"/>
    <w:rsid w:val="00470A76"/>
    <w:rsid w:val="004C3CBE"/>
    <w:rsid w:val="004E6B5F"/>
    <w:rsid w:val="004F6371"/>
    <w:rsid w:val="00542A41"/>
    <w:rsid w:val="005740CC"/>
    <w:rsid w:val="00574CD0"/>
    <w:rsid w:val="0057541B"/>
    <w:rsid w:val="0058418A"/>
    <w:rsid w:val="00587F9D"/>
    <w:rsid w:val="00591DD9"/>
    <w:rsid w:val="005959B4"/>
    <w:rsid w:val="00596283"/>
    <w:rsid w:val="00596CB0"/>
    <w:rsid w:val="005A679F"/>
    <w:rsid w:val="00604D58"/>
    <w:rsid w:val="00616F4A"/>
    <w:rsid w:val="00617B91"/>
    <w:rsid w:val="00621D5D"/>
    <w:rsid w:val="006561AD"/>
    <w:rsid w:val="006670AD"/>
    <w:rsid w:val="00692F6B"/>
    <w:rsid w:val="006A7A50"/>
    <w:rsid w:val="006C5F9B"/>
    <w:rsid w:val="006D0157"/>
    <w:rsid w:val="0070483A"/>
    <w:rsid w:val="007105E5"/>
    <w:rsid w:val="00714D4B"/>
    <w:rsid w:val="007307B7"/>
    <w:rsid w:val="007341FA"/>
    <w:rsid w:val="0074088E"/>
    <w:rsid w:val="00766264"/>
    <w:rsid w:val="00782C6E"/>
    <w:rsid w:val="007949F4"/>
    <w:rsid w:val="007979D1"/>
    <w:rsid w:val="007D13A9"/>
    <w:rsid w:val="007D155C"/>
    <w:rsid w:val="007D7671"/>
    <w:rsid w:val="007E4BED"/>
    <w:rsid w:val="00802E87"/>
    <w:rsid w:val="0080304E"/>
    <w:rsid w:val="00813216"/>
    <w:rsid w:val="00820336"/>
    <w:rsid w:val="00834A20"/>
    <w:rsid w:val="008831CC"/>
    <w:rsid w:val="00893F42"/>
    <w:rsid w:val="00896C9E"/>
    <w:rsid w:val="008B1D94"/>
    <w:rsid w:val="008C506D"/>
    <w:rsid w:val="008D54E8"/>
    <w:rsid w:val="008F3EF4"/>
    <w:rsid w:val="0093488A"/>
    <w:rsid w:val="009602F1"/>
    <w:rsid w:val="00973BBA"/>
    <w:rsid w:val="00973BF3"/>
    <w:rsid w:val="00974BDC"/>
    <w:rsid w:val="009841C4"/>
    <w:rsid w:val="009A6A6C"/>
    <w:rsid w:val="009B51FE"/>
    <w:rsid w:val="009C5D36"/>
    <w:rsid w:val="009D781F"/>
    <w:rsid w:val="00A06DC5"/>
    <w:rsid w:val="00A13784"/>
    <w:rsid w:val="00A20BED"/>
    <w:rsid w:val="00A24BF3"/>
    <w:rsid w:val="00A3778B"/>
    <w:rsid w:val="00A422BD"/>
    <w:rsid w:val="00A70509"/>
    <w:rsid w:val="00A714B8"/>
    <w:rsid w:val="00A76852"/>
    <w:rsid w:val="00A94C70"/>
    <w:rsid w:val="00AA1D8D"/>
    <w:rsid w:val="00AB565B"/>
    <w:rsid w:val="00AE0A13"/>
    <w:rsid w:val="00B05FF0"/>
    <w:rsid w:val="00B072B0"/>
    <w:rsid w:val="00B41A95"/>
    <w:rsid w:val="00B47730"/>
    <w:rsid w:val="00B57FA0"/>
    <w:rsid w:val="00B62D3B"/>
    <w:rsid w:val="00B7436E"/>
    <w:rsid w:val="00B748EF"/>
    <w:rsid w:val="00B8020C"/>
    <w:rsid w:val="00BC61C1"/>
    <w:rsid w:val="00BC7C79"/>
    <w:rsid w:val="00BD27C9"/>
    <w:rsid w:val="00BD32BA"/>
    <w:rsid w:val="00BF2958"/>
    <w:rsid w:val="00C258A3"/>
    <w:rsid w:val="00C276A8"/>
    <w:rsid w:val="00C3343C"/>
    <w:rsid w:val="00C33DA3"/>
    <w:rsid w:val="00C36987"/>
    <w:rsid w:val="00C36D16"/>
    <w:rsid w:val="00C74C0D"/>
    <w:rsid w:val="00C7703B"/>
    <w:rsid w:val="00C822BC"/>
    <w:rsid w:val="00C928B9"/>
    <w:rsid w:val="00C95BF5"/>
    <w:rsid w:val="00CB0664"/>
    <w:rsid w:val="00CB1E6D"/>
    <w:rsid w:val="00CB1FD7"/>
    <w:rsid w:val="00CC6E65"/>
    <w:rsid w:val="00CE2CCF"/>
    <w:rsid w:val="00CE66C4"/>
    <w:rsid w:val="00D04138"/>
    <w:rsid w:val="00D17336"/>
    <w:rsid w:val="00D308BC"/>
    <w:rsid w:val="00D3453C"/>
    <w:rsid w:val="00D35183"/>
    <w:rsid w:val="00D60916"/>
    <w:rsid w:val="00D61D0F"/>
    <w:rsid w:val="00D8197D"/>
    <w:rsid w:val="00D90398"/>
    <w:rsid w:val="00DC3253"/>
    <w:rsid w:val="00DC6A0B"/>
    <w:rsid w:val="00DD7D83"/>
    <w:rsid w:val="00DF6BEC"/>
    <w:rsid w:val="00E00179"/>
    <w:rsid w:val="00E244FD"/>
    <w:rsid w:val="00E26963"/>
    <w:rsid w:val="00E3197A"/>
    <w:rsid w:val="00E36875"/>
    <w:rsid w:val="00E87EDA"/>
    <w:rsid w:val="00EA520E"/>
    <w:rsid w:val="00ED1C27"/>
    <w:rsid w:val="00ED74AD"/>
    <w:rsid w:val="00ED7F4D"/>
    <w:rsid w:val="00F22B12"/>
    <w:rsid w:val="00F30DC4"/>
    <w:rsid w:val="00F63245"/>
    <w:rsid w:val="00F67241"/>
    <w:rsid w:val="00F9516C"/>
    <w:rsid w:val="00FB1333"/>
    <w:rsid w:val="00FB2A13"/>
    <w:rsid w:val="00FC693F"/>
    <w:rsid w:val="00FE7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094C1C1"/>
  <w14:defaultImageDpi w14:val="300"/>
  <w15:docId w15:val="{4B7E0158-9608-4F71-96D9-4F0CC941C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Yu Gothic" w:eastAsia="Yu Gothic" w:hAnsi="Yu Gothic"/>
      <w:color w:val="23303E"/>
      <w:sz w:val="17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診療申込書（紹介元医療機関用）統一案</vt:lpstr>
      <vt:lpstr/>
    </vt:vector>
  </TitlesOfParts>
  <Manager/>
  <Company/>
  <LinksUpToDate>false</LinksUpToDate>
  <CharactersWithSpaces>972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診療申込書（紹介元医療機関用）統一案</dc:title>
  <dc:subject>地域医療連携推進法人 能代山本ともに医療ネットワーク 3病院共通様式案</dc:subject>
  <dc:creator/>
  <cp:keywords/>
  <dc:description>generated by python-docx</dc:description>
  <cp:lastModifiedBy>医療センター 能代厚生</cp:lastModifiedBy>
  <cp:revision>166</cp:revision>
  <cp:lastPrinted>2026-10-28T04:09:00Z</cp:lastPrinted>
  <dcterms:created xsi:type="dcterms:W3CDTF">2013-12-23T23:15:00Z</dcterms:created>
  <dcterms:modified xsi:type="dcterms:W3CDTF">2026-10-28T04:11:00Z</dcterms:modified>
  <cp:category/>
</cp:coreProperties>
</file>